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AAACD" w14:textId="6E459F23" w:rsidR="009D13E3" w:rsidRPr="00E340A3" w:rsidRDefault="000A71A0" w:rsidP="009D13E3">
      <w:pPr>
        <w:pStyle w:val="Heading1"/>
        <w:spacing w:before="0"/>
        <w:rPr>
          <w:rFonts w:ascii="Arial" w:hAnsi="Arial" w:cs="Arial"/>
          <w:color w:val="FFFF00"/>
          <w:spacing w:val="5"/>
          <w:kern w:val="28"/>
          <w:sz w:val="20"/>
          <w:szCs w:val="20"/>
        </w:rPr>
      </w:pPr>
      <w:r w:rsidRPr="00E340A3">
        <w:rPr>
          <w:rFonts w:ascii="Verdana" w:eastAsia="Verdana" w:hAnsi="Verdana" w:cs="Verdana"/>
          <w:b w:val="0"/>
          <w:bCs w:val="0"/>
          <w:noProof/>
          <w:color w:val="auto"/>
          <w:sz w:val="22"/>
          <w:szCs w:val="22"/>
          <w:lang w:eastAsia="en-GB"/>
        </w:rPr>
        <mc:AlternateContent>
          <mc:Choice Requires="wps">
            <w:drawing>
              <wp:inline distT="0" distB="0" distL="0" distR="0" wp14:anchorId="7FF6FF84" wp14:editId="3F895410">
                <wp:extent cx="6181725" cy="8143875"/>
                <wp:effectExtent l="114300" t="114300" r="104775" b="104775"/>
                <wp:docPr id="9" name="Text Box 9"/>
                <wp:cNvGraphicFramePr/>
                <a:graphic xmlns:a="http://schemas.openxmlformats.org/drawingml/2006/main">
                  <a:graphicData uri="http://schemas.microsoft.com/office/word/2010/wordprocessingShape">
                    <wps:wsp>
                      <wps:cNvSpPr txBox="1"/>
                      <wps:spPr>
                        <a:xfrm>
                          <a:off x="0" y="0"/>
                          <a:ext cx="6181725" cy="81438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791CF541" w14:textId="77777777" w:rsidR="000A71A0" w:rsidRPr="00E340A3" w:rsidRDefault="000A71A0" w:rsidP="000A71A0">
                            <w:pPr>
                              <w:pStyle w:val="Title"/>
                              <w:rPr>
                                <w:rFonts w:ascii="Arial" w:hAnsi="Arial" w:cs="Arial"/>
                                <w:color w:val="244061"/>
                                <w:sz w:val="40"/>
                                <w:szCs w:val="40"/>
                              </w:rPr>
                            </w:pPr>
                          </w:p>
                          <w:p w14:paraId="45497CF7" w14:textId="77777777" w:rsidR="00905CEB" w:rsidRPr="00E340A3" w:rsidRDefault="00382056" w:rsidP="00045016">
                            <w:pPr>
                              <w:pStyle w:val="Title"/>
                              <w:jc w:val="center"/>
                              <w:rPr>
                                <w:rFonts w:ascii="Arial" w:hAnsi="Arial" w:cs="Arial"/>
                                <w:b/>
                                <w:color w:val="FFFF00"/>
                                <w:sz w:val="100"/>
                                <w:szCs w:val="100"/>
                              </w:rPr>
                            </w:pPr>
                            <w:r w:rsidRPr="00E340A3">
                              <w:rPr>
                                <w:rFonts w:ascii="Arial" w:hAnsi="Arial" w:cs="Arial"/>
                                <w:b/>
                                <w:color w:val="FFFF00"/>
                                <w:sz w:val="100"/>
                                <w:szCs w:val="100"/>
                              </w:rPr>
                              <w:t xml:space="preserve">Condition Improvement </w:t>
                            </w:r>
                          </w:p>
                          <w:p w14:paraId="301A7F9D" w14:textId="690A2565" w:rsidR="00045016" w:rsidRPr="00E340A3" w:rsidRDefault="00382056" w:rsidP="00045016">
                            <w:pPr>
                              <w:pStyle w:val="Title"/>
                              <w:jc w:val="center"/>
                              <w:rPr>
                                <w:rFonts w:ascii="Arial" w:hAnsi="Arial" w:cs="Arial"/>
                                <w:b/>
                                <w:color w:val="FFFF00"/>
                                <w:sz w:val="100"/>
                                <w:szCs w:val="100"/>
                              </w:rPr>
                            </w:pPr>
                            <w:r w:rsidRPr="00E340A3">
                              <w:rPr>
                                <w:rFonts w:ascii="Arial" w:hAnsi="Arial" w:cs="Arial"/>
                                <w:b/>
                                <w:color w:val="FFFF00"/>
                                <w:sz w:val="100"/>
                                <w:szCs w:val="100"/>
                              </w:rPr>
                              <w:t xml:space="preserve">Fund </w:t>
                            </w:r>
                          </w:p>
                          <w:p w14:paraId="66F9BC31" w14:textId="5150FA67" w:rsidR="000A71A0" w:rsidRPr="00E340A3" w:rsidRDefault="00382056" w:rsidP="00045016">
                            <w:pPr>
                              <w:pStyle w:val="Title"/>
                              <w:jc w:val="center"/>
                              <w:rPr>
                                <w:rFonts w:ascii="Arial" w:hAnsi="Arial" w:cs="Arial"/>
                                <w:b/>
                                <w:color w:val="FFFF00"/>
                                <w:sz w:val="100"/>
                                <w:szCs w:val="100"/>
                              </w:rPr>
                            </w:pPr>
                            <w:r w:rsidRPr="00E340A3">
                              <w:rPr>
                                <w:rFonts w:ascii="Arial" w:hAnsi="Arial" w:cs="Arial"/>
                                <w:b/>
                                <w:color w:val="FFFF00"/>
                                <w:sz w:val="100"/>
                                <w:szCs w:val="100"/>
                              </w:rPr>
                              <w:t>(CIF)</w:t>
                            </w:r>
                            <w:r w:rsidR="00045016" w:rsidRPr="00E340A3">
                              <w:rPr>
                                <w:rFonts w:ascii="Arial" w:hAnsi="Arial" w:cs="Arial"/>
                                <w:b/>
                                <w:color w:val="FFFF00"/>
                                <w:sz w:val="100"/>
                                <w:szCs w:val="100"/>
                              </w:rPr>
                              <w:t xml:space="preserve"> Bid Preparation Template</w:t>
                            </w:r>
                          </w:p>
                          <w:p w14:paraId="15B58E20" w14:textId="77777777" w:rsidR="000A71A0" w:rsidRPr="00E340A3" w:rsidRDefault="000A71A0" w:rsidP="000A71A0">
                            <w:pPr>
                              <w:pStyle w:val="Title"/>
                              <w:rPr>
                                <w:rFonts w:ascii="Arial" w:hAnsi="Arial" w:cs="Arial"/>
                                <w:b/>
                                <w:color w:val="FFFF00"/>
                                <w:sz w:val="40"/>
                                <w:szCs w:val="40"/>
                              </w:rPr>
                            </w:pPr>
                          </w:p>
                          <w:p w14:paraId="39BE35C1" w14:textId="77777777" w:rsidR="00FE13D9" w:rsidRPr="00E340A3" w:rsidRDefault="000A71A0" w:rsidP="00CC3791">
                            <w:pPr>
                              <w:pStyle w:val="Title"/>
                              <w:jc w:val="center"/>
                              <w:rPr>
                                <w:rFonts w:ascii="Arial" w:hAnsi="Arial" w:cs="Arial"/>
                                <w:b/>
                                <w:color w:val="FFFF00"/>
                                <w:sz w:val="50"/>
                                <w:szCs w:val="50"/>
                              </w:rPr>
                            </w:pPr>
                            <w:r w:rsidRPr="00E340A3">
                              <w:rPr>
                                <w:rFonts w:ascii="Arial" w:hAnsi="Arial" w:cs="Arial"/>
                                <w:b/>
                                <w:color w:val="FFFF00"/>
                                <w:sz w:val="50"/>
                                <w:szCs w:val="50"/>
                              </w:rPr>
                              <w:t>Document Number 1</w:t>
                            </w:r>
                            <w:r w:rsidR="00160FC1" w:rsidRPr="00E340A3">
                              <w:rPr>
                                <w:rFonts w:ascii="Arial" w:hAnsi="Arial" w:cs="Arial"/>
                                <w:b/>
                                <w:color w:val="FFFF00"/>
                                <w:sz w:val="50"/>
                                <w:szCs w:val="50"/>
                              </w:rPr>
                              <w:t>44</w:t>
                            </w:r>
                          </w:p>
                          <w:p w14:paraId="46179BD8" w14:textId="20BB9728" w:rsidR="00CC3791" w:rsidRPr="00E340A3" w:rsidRDefault="00CC3791" w:rsidP="00F87174">
                            <w:pPr>
                              <w:pStyle w:val="Title"/>
                              <w:spacing w:after="0"/>
                              <w:jc w:val="center"/>
                              <w:rPr>
                                <w:rFonts w:ascii="Arial" w:hAnsi="Arial" w:cs="Arial"/>
                                <w:sz w:val="40"/>
                                <w:szCs w:val="40"/>
                              </w:rPr>
                            </w:pPr>
                          </w:p>
                          <w:p w14:paraId="14BA385D" w14:textId="2B496543" w:rsidR="009733FF" w:rsidRPr="00E340A3" w:rsidRDefault="005E44D8" w:rsidP="00F87174">
                            <w:pPr>
                              <w:spacing w:after="0"/>
                              <w:jc w:val="center"/>
                            </w:pPr>
                            <w:r>
                              <w:rPr>
                                <w:noProof/>
                              </w:rPr>
                              <w:drawing>
                                <wp:inline distT="0" distB="0" distL="0" distR="0" wp14:anchorId="39BE7410" wp14:editId="329FE5C7">
                                  <wp:extent cx="3228975" cy="2085975"/>
                                  <wp:effectExtent l="0" t="0" r="9525" b="9525"/>
                                  <wp:docPr id="39402426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024264" name="Picture 1">
                                            <a:extLst>
                                              <a:ext uri="{C183D7F6-B498-43B3-948B-1728B52AA6E4}">
                                                <adec:decorative xmlns:adec="http://schemas.microsoft.com/office/drawing/2017/decorative" val="1"/>
                                              </a:ext>
                                            </a:extLst>
                                          </pic:cNvPr>
                                          <pic:cNvPicPr/>
                                        </pic:nvPicPr>
                                        <pic:blipFill>
                                          <a:blip r:embed="rId11"/>
                                          <a:stretch>
                                            <a:fillRect/>
                                          </a:stretch>
                                        </pic:blipFill>
                                        <pic:spPr>
                                          <a:xfrm>
                                            <a:off x="0" y="0"/>
                                            <a:ext cx="3228975" cy="20859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7FF6FF84" id="_x0000_t202" coordsize="21600,21600" o:spt="202" path="m,l,21600r21600,l21600,xe">
                <v:stroke joinstyle="miter"/>
                <v:path gradientshapeok="t" o:connecttype="rect"/>
              </v:shapetype>
              <v:shape id="Text Box 9" o:spid="_x0000_s1026" type="#_x0000_t202" style="width:486.75pt;height:64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" fillcolor="#10253f" strokecolor="#17375e" strokeweight="10pt">
                <v:textbox>
                  <w:txbxContent>
                    <w:p w14:paraId="791CF541" w14:textId="77777777" w:rsidR="000A71A0" w:rsidRPr="00E340A3" w:rsidRDefault="000A71A0" w:rsidP="000A71A0">
                      <w:pPr>
                        <w:pStyle w:val="Title"/>
                        <w:rPr>
                          <w:rFonts w:ascii="Arial" w:hAnsi="Arial" w:cs="Arial"/>
                          <w:color w:val="244061"/>
                          <w:sz w:val="40"/>
                          <w:szCs w:val="40"/>
                        </w:rPr>
                      </w:pPr>
                    </w:p>
                    <w:p w14:paraId="45497CF7" w14:textId="77777777" w:rsidR="00905CEB" w:rsidRPr="00E340A3" w:rsidRDefault="00382056" w:rsidP="00045016">
                      <w:pPr>
                        <w:pStyle w:val="Title"/>
                        <w:jc w:val="center"/>
                        <w:rPr>
                          <w:rFonts w:ascii="Arial" w:hAnsi="Arial" w:cs="Arial"/>
                          <w:b/>
                          <w:color w:val="FFFF00"/>
                          <w:sz w:val="100"/>
                          <w:szCs w:val="100"/>
                        </w:rPr>
                      </w:pPr>
                      <w:r w:rsidRPr="00E340A3">
                        <w:rPr>
                          <w:rFonts w:ascii="Arial" w:hAnsi="Arial" w:cs="Arial"/>
                          <w:b/>
                          <w:color w:val="FFFF00"/>
                          <w:sz w:val="100"/>
                          <w:szCs w:val="100"/>
                        </w:rPr>
                        <w:t xml:space="preserve">Condition Improvement </w:t>
                      </w:r>
                    </w:p>
                    <w:p w14:paraId="301A7F9D" w14:textId="690A2565" w:rsidR="00045016" w:rsidRPr="00E340A3" w:rsidRDefault="00382056" w:rsidP="00045016">
                      <w:pPr>
                        <w:pStyle w:val="Title"/>
                        <w:jc w:val="center"/>
                        <w:rPr>
                          <w:rFonts w:ascii="Arial" w:hAnsi="Arial" w:cs="Arial"/>
                          <w:b/>
                          <w:color w:val="FFFF00"/>
                          <w:sz w:val="100"/>
                          <w:szCs w:val="100"/>
                        </w:rPr>
                      </w:pPr>
                      <w:r w:rsidRPr="00E340A3">
                        <w:rPr>
                          <w:rFonts w:ascii="Arial" w:hAnsi="Arial" w:cs="Arial"/>
                          <w:b/>
                          <w:color w:val="FFFF00"/>
                          <w:sz w:val="100"/>
                          <w:szCs w:val="100"/>
                        </w:rPr>
                        <w:t xml:space="preserve">Fund </w:t>
                      </w:r>
                    </w:p>
                    <w:p w14:paraId="66F9BC31" w14:textId="5150FA67" w:rsidR="000A71A0" w:rsidRPr="00E340A3" w:rsidRDefault="00382056" w:rsidP="00045016">
                      <w:pPr>
                        <w:pStyle w:val="Title"/>
                        <w:jc w:val="center"/>
                        <w:rPr>
                          <w:rFonts w:ascii="Arial" w:hAnsi="Arial" w:cs="Arial"/>
                          <w:b/>
                          <w:color w:val="FFFF00"/>
                          <w:sz w:val="100"/>
                          <w:szCs w:val="100"/>
                        </w:rPr>
                      </w:pPr>
                      <w:r w:rsidRPr="00E340A3">
                        <w:rPr>
                          <w:rFonts w:ascii="Arial" w:hAnsi="Arial" w:cs="Arial"/>
                          <w:b/>
                          <w:color w:val="FFFF00"/>
                          <w:sz w:val="100"/>
                          <w:szCs w:val="100"/>
                        </w:rPr>
                        <w:t>(CIF)</w:t>
                      </w:r>
                      <w:r w:rsidR="00045016" w:rsidRPr="00E340A3">
                        <w:rPr>
                          <w:rFonts w:ascii="Arial" w:hAnsi="Arial" w:cs="Arial"/>
                          <w:b/>
                          <w:color w:val="FFFF00"/>
                          <w:sz w:val="100"/>
                          <w:szCs w:val="100"/>
                        </w:rPr>
                        <w:t xml:space="preserve"> Bid Preparation Template</w:t>
                      </w:r>
                    </w:p>
                    <w:p w14:paraId="15B58E20" w14:textId="77777777" w:rsidR="000A71A0" w:rsidRPr="00E340A3" w:rsidRDefault="000A71A0" w:rsidP="000A71A0">
                      <w:pPr>
                        <w:pStyle w:val="Title"/>
                        <w:rPr>
                          <w:rFonts w:ascii="Arial" w:hAnsi="Arial" w:cs="Arial"/>
                          <w:b/>
                          <w:color w:val="FFFF00"/>
                          <w:sz w:val="40"/>
                          <w:szCs w:val="40"/>
                        </w:rPr>
                      </w:pPr>
                    </w:p>
                    <w:p w14:paraId="39BE35C1" w14:textId="77777777" w:rsidR="00FE13D9" w:rsidRPr="00E340A3" w:rsidRDefault="000A71A0" w:rsidP="00CC3791">
                      <w:pPr>
                        <w:pStyle w:val="Title"/>
                        <w:jc w:val="center"/>
                        <w:rPr>
                          <w:rFonts w:ascii="Arial" w:hAnsi="Arial" w:cs="Arial"/>
                          <w:b/>
                          <w:color w:val="FFFF00"/>
                          <w:sz w:val="50"/>
                          <w:szCs w:val="50"/>
                        </w:rPr>
                      </w:pPr>
                      <w:r w:rsidRPr="00E340A3">
                        <w:rPr>
                          <w:rFonts w:ascii="Arial" w:hAnsi="Arial" w:cs="Arial"/>
                          <w:b/>
                          <w:color w:val="FFFF00"/>
                          <w:sz w:val="50"/>
                          <w:szCs w:val="50"/>
                        </w:rPr>
                        <w:t>Document Number 1</w:t>
                      </w:r>
                      <w:r w:rsidR="00160FC1" w:rsidRPr="00E340A3">
                        <w:rPr>
                          <w:rFonts w:ascii="Arial" w:hAnsi="Arial" w:cs="Arial"/>
                          <w:b/>
                          <w:color w:val="FFFF00"/>
                          <w:sz w:val="50"/>
                          <w:szCs w:val="50"/>
                        </w:rPr>
                        <w:t>44</w:t>
                      </w:r>
                    </w:p>
                    <w:p w14:paraId="46179BD8" w14:textId="20BB9728" w:rsidR="00CC3791" w:rsidRPr="00E340A3" w:rsidRDefault="00CC3791" w:rsidP="00F87174">
                      <w:pPr>
                        <w:pStyle w:val="Title"/>
                        <w:spacing w:after="0"/>
                        <w:jc w:val="center"/>
                        <w:rPr>
                          <w:rFonts w:ascii="Arial" w:hAnsi="Arial" w:cs="Arial"/>
                          <w:sz w:val="40"/>
                          <w:szCs w:val="40"/>
                        </w:rPr>
                      </w:pPr>
                    </w:p>
                    <w:p w14:paraId="14BA385D" w14:textId="2B496543" w:rsidR="009733FF" w:rsidRPr="00E340A3" w:rsidRDefault="005E44D8" w:rsidP="00F87174">
                      <w:pPr>
                        <w:spacing w:after="0"/>
                        <w:jc w:val="center"/>
                      </w:pPr>
                      <w:r>
                        <w:rPr>
                          <w:noProof/>
                        </w:rPr>
                        <w:drawing>
                          <wp:inline distT="0" distB="0" distL="0" distR="0" wp14:anchorId="39BE7410" wp14:editId="329FE5C7">
                            <wp:extent cx="3228975" cy="2085975"/>
                            <wp:effectExtent l="0" t="0" r="9525" b="9525"/>
                            <wp:docPr id="39402426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024264" name="Picture 1">
                                      <a:extLst>
                                        <a:ext uri="{C183D7F6-B498-43B3-948B-1728B52AA6E4}">
                                          <adec:decorative xmlns:adec="http://schemas.microsoft.com/office/drawing/2017/decorative" val="1"/>
                                        </a:ext>
                                      </a:extLst>
                                    </pic:cNvPr>
                                    <pic:cNvPicPr/>
                                  </pic:nvPicPr>
                                  <pic:blipFill>
                                    <a:blip r:embed="rId12"/>
                                    <a:stretch>
                                      <a:fillRect/>
                                    </a:stretch>
                                  </pic:blipFill>
                                  <pic:spPr>
                                    <a:xfrm>
                                      <a:off x="0" y="0"/>
                                      <a:ext cx="3228975" cy="2085975"/>
                                    </a:xfrm>
                                    <a:prstGeom prst="rect">
                                      <a:avLst/>
                                    </a:prstGeom>
                                  </pic:spPr>
                                </pic:pic>
                              </a:graphicData>
                            </a:graphic>
                          </wp:inline>
                        </w:drawing>
                      </w:r>
                    </w:p>
                  </w:txbxContent>
                </v:textbox>
                <w10:anchorlock/>
              </v:shape>
            </w:pict>
          </mc:Fallback>
        </mc:AlternateContent>
      </w:r>
    </w:p>
    <w:p w14:paraId="5E725815" w14:textId="77777777" w:rsidR="007B76B4" w:rsidRPr="00E340A3" w:rsidRDefault="007B76B4" w:rsidP="001E55CC">
      <w:pPr>
        <w:pStyle w:val="Heading1"/>
        <w:spacing w:before="0"/>
        <w:rPr>
          <w:rFonts w:ascii="Arial" w:hAnsi="Arial" w:cs="Arial"/>
          <w:b w:val="0"/>
          <w:bCs w:val="0"/>
          <w:color w:val="auto"/>
          <w:sz w:val="20"/>
          <w:szCs w:val="20"/>
        </w:rPr>
      </w:pPr>
    </w:p>
    <w:p w14:paraId="22E12E9C" w14:textId="1D9127EC" w:rsidR="008C1AD5" w:rsidRPr="00E340A3" w:rsidRDefault="007A031F" w:rsidP="0092476A">
      <w:pPr>
        <w:pStyle w:val="Heading1"/>
        <w:shd w:val="clear" w:color="auto" w:fill="002060"/>
        <w:spacing w:before="0"/>
        <w:jc w:val="center"/>
        <w:rPr>
          <w:rFonts w:ascii="Arial" w:hAnsi="Arial" w:cs="Arial"/>
          <w:color w:val="FFFF00"/>
          <w:sz w:val="36"/>
          <w:szCs w:val="36"/>
        </w:rPr>
      </w:pPr>
      <w:r w:rsidRPr="00E340A3">
        <w:rPr>
          <w:rFonts w:ascii="Arial" w:hAnsi="Arial" w:cs="Arial"/>
          <w:color w:val="FFFF00"/>
          <w:sz w:val="36"/>
          <w:szCs w:val="36"/>
        </w:rPr>
        <w:t>CIF Bid Preparation Template</w:t>
      </w:r>
    </w:p>
    <w:p w14:paraId="5BD3CFE8" w14:textId="77777777" w:rsidR="007B76B4" w:rsidRPr="00E340A3" w:rsidRDefault="007B76B4" w:rsidP="0092476A">
      <w:pPr>
        <w:spacing w:after="0"/>
        <w:rPr>
          <w:rFonts w:ascii="Arial" w:hAnsi="Arial" w:cs="Arial"/>
          <w:sz w:val="24"/>
          <w:szCs w:val="24"/>
        </w:rPr>
      </w:pPr>
    </w:p>
    <w:p w14:paraId="33C5CFFE" w14:textId="77777777" w:rsidR="008C1AD5" w:rsidRPr="00E340A3" w:rsidRDefault="007A031F" w:rsidP="0092476A">
      <w:pPr>
        <w:spacing w:after="0"/>
        <w:rPr>
          <w:rFonts w:ascii="Arial" w:hAnsi="Arial" w:cs="Arial"/>
          <w:sz w:val="24"/>
          <w:szCs w:val="24"/>
        </w:rPr>
      </w:pPr>
      <w:r w:rsidRPr="00E340A3">
        <w:rPr>
          <w:rFonts w:ascii="Arial" w:hAnsi="Arial" w:cs="Arial"/>
          <w:sz w:val="24"/>
          <w:szCs w:val="24"/>
        </w:rPr>
        <w:t>This template is designed to help schools prepare Condition Improvement Fund (CIF) bids in line with NASPM guidance. Complete each section with detailed information and attach supporting documents where indicated.</w:t>
      </w:r>
    </w:p>
    <w:p w14:paraId="6B4CB035" w14:textId="77777777" w:rsidR="0092476A" w:rsidRPr="00E340A3" w:rsidRDefault="0092476A" w:rsidP="0092476A">
      <w:pPr>
        <w:spacing w:after="0"/>
        <w:rPr>
          <w:rFonts w:ascii="Arial" w:hAnsi="Arial" w:cs="Arial"/>
          <w:sz w:val="24"/>
          <w:szCs w:val="24"/>
        </w:rPr>
      </w:pPr>
    </w:p>
    <w:p w14:paraId="2C2C962F" w14:textId="77777777" w:rsidR="008C1AD5" w:rsidRPr="00E340A3" w:rsidRDefault="007A031F" w:rsidP="0092476A">
      <w:pPr>
        <w:pStyle w:val="Heading2"/>
        <w:shd w:val="clear" w:color="auto" w:fill="002060"/>
        <w:spacing w:before="0"/>
        <w:rPr>
          <w:rFonts w:ascii="Arial" w:hAnsi="Arial" w:cs="Arial"/>
          <w:color w:val="FFFF00"/>
          <w:sz w:val="32"/>
          <w:szCs w:val="32"/>
        </w:rPr>
      </w:pPr>
      <w:r w:rsidRPr="00E340A3">
        <w:rPr>
          <w:rFonts w:ascii="Arial" w:hAnsi="Arial" w:cs="Arial"/>
          <w:color w:val="FFFF00"/>
          <w:sz w:val="32"/>
          <w:szCs w:val="32"/>
        </w:rPr>
        <w:t>1. Strategic Alignment</w:t>
      </w:r>
    </w:p>
    <w:p w14:paraId="6A1B2446" w14:textId="77777777" w:rsidR="008E7B42" w:rsidRPr="00E340A3" w:rsidRDefault="008E7B42" w:rsidP="0092476A">
      <w:pPr>
        <w:spacing w:after="0"/>
        <w:rPr>
          <w:rFonts w:ascii="Arial" w:hAnsi="Arial" w:cs="Arial"/>
          <w:sz w:val="24"/>
          <w:szCs w:val="24"/>
        </w:rPr>
      </w:pPr>
    </w:p>
    <w:p w14:paraId="43C5FE80" w14:textId="3945B0EF" w:rsidR="00527D1C" w:rsidRPr="00E340A3" w:rsidRDefault="002A2476" w:rsidP="0092476A">
      <w:pPr>
        <w:spacing w:after="0"/>
        <w:rPr>
          <w:rFonts w:ascii="Arial" w:hAnsi="Arial" w:cs="Arial"/>
          <w:sz w:val="24"/>
          <w:szCs w:val="24"/>
        </w:rPr>
      </w:pPr>
      <w:r w:rsidRPr="00E340A3">
        <w:rPr>
          <w:rFonts w:ascii="Arial" w:hAnsi="Arial" w:cs="Arial"/>
          <w:sz w:val="24"/>
          <w:szCs w:val="24"/>
        </w:rPr>
        <w:t xml:space="preserve">Confirm </w:t>
      </w:r>
      <w:r w:rsidR="00CB0D3D" w:rsidRPr="00E340A3">
        <w:rPr>
          <w:rFonts w:ascii="Arial" w:hAnsi="Arial" w:cs="Arial"/>
          <w:sz w:val="24"/>
          <w:szCs w:val="24"/>
        </w:rPr>
        <w:t>project aligns with CIF priorities:</w:t>
      </w:r>
    </w:p>
    <w:p w14:paraId="35E172BB" w14:textId="77777777" w:rsidR="00CB0D3D" w:rsidRPr="00E340A3" w:rsidRDefault="00CB0D3D" w:rsidP="0092476A">
      <w:pPr>
        <w:spacing w:after="0"/>
        <w:rPr>
          <w:rFonts w:ascii="Arial" w:hAnsi="Arial" w:cs="Arial"/>
          <w:sz w:val="24"/>
          <w:szCs w:val="24"/>
        </w:rPr>
      </w:pPr>
    </w:p>
    <w:p w14:paraId="19634E40" w14:textId="5ED8938B" w:rsidR="00527D1C" w:rsidRPr="00E340A3" w:rsidRDefault="00527D1C" w:rsidP="00527D1C">
      <w:pPr>
        <w:pStyle w:val="ListParagraph"/>
        <w:numPr>
          <w:ilvl w:val="0"/>
          <w:numId w:val="10"/>
        </w:numPr>
        <w:spacing w:after="0"/>
        <w:rPr>
          <w:rFonts w:ascii="Arial" w:hAnsi="Arial" w:cs="Arial"/>
          <w:b/>
          <w:bCs/>
          <w:sz w:val="24"/>
          <w:szCs w:val="24"/>
        </w:rPr>
      </w:pPr>
      <w:r w:rsidRPr="00E340A3">
        <w:rPr>
          <w:rFonts w:ascii="Arial" w:hAnsi="Arial" w:cs="Arial"/>
          <w:b/>
          <w:bCs/>
          <w:sz w:val="24"/>
          <w:szCs w:val="24"/>
        </w:rPr>
        <w:t>Condition</w:t>
      </w:r>
    </w:p>
    <w:p w14:paraId="048A9E91" w14:textId="0D6F72EE" w:rsidR="00527D1C" w:rsidRPr="00E340A3" w:rsidRDefault="00527D1C" w:rsidP="00527D1C">
      <w:pPr>
        <w:pStyle w:val="ListParagraph"/>
        <w:spacing w:after="0"/>
        <w:rPr>
          <w:rFonts w:ascii="Arial" w:hAnsi="Arial" w:cs="Arial"/>
          <w:sz w:val="24"/>
          <w:szCs w:val="24"/>
        </w:rPr>
      </w:pPr>
      <w:r w:rsidRPr="00E340A3">
        <w:rPr>
          <w:rFonts w:ascii="Arial" w:hAnsi="Arial" w:cs="Arial"/>
          <w:sz w:val="24"/>
          <w:szCs w:val="24"/>
        </w:rPr>
        <w:t>Urgent works to keep buildings safe</w:t>
      </w:r>
      <w:r w:rsidR="00BA30A6" w:rsidRPr="00E340A3">
        <w:rPr>
          <w:rFonts w:ascii="Arial" w:hAnsi="Arial" w:cs="Arial"/>
          <w:sz w:val="24"/>
          <w:szCs w:val="24"/>
        </w:rPr>
        <w:t>, warm and dry.</w:t>
      </w:r>
    </w:p>
    <w:p w14:paraId="0CF00035" w14:textId="1C8F8EFA" w:rsidR="00BA30A6" w:rsidRPr="00E340A3" w:rsidRDefault="00BA30A6" w:rsidP="00BA30A6">
      <w:pPr>
        <w:pStyle w:val="ListParagraph"/>
        <w:numPr>
          <w:ilvl w:val="0"/>
          <w:numId w:val="10"/>
        </w:numPr>
        <w:spacing w:after="0"/>
        <w:rPr>
          <w:rFonts w:ascii="Arial" w:hAnsi="Arial" w:cs="Arial"/>
          <w:b/>
          <w:bCs/>
          <w:sz w:val="24"/>
          <w:szCs w:val="24"/>
        </w:rPr>
      </w:pPr>
      <w:r w:rsidRPr="00E340A3">
        <w:rPr>
          <w:rFonts w:ascii="Arial" w:hAnsi="Arial" w:cs="Arial"/>
          <w:b/>
          <w:bCs/>
          <w:sz w:val="24"/>
          <w:szCs w:val="24"/>
        </w:rPr>
        <w:t>Compliance</w:t>
      </w:r>
    </w:p>
    <w:p w14:paraId="4914358A" w14:textId="1791E376" w:rsidR="00BA30A6" w:rsidRPr="00E340A3" w:rsidRDefault="00BA30A6" w:rsidP="00BA30A6">
      <w:pPr>
        <w:pStyle w:val="ListParagraph"/>
        <w:spacing w:after="0"/>
        <w:rPr>
          <w:rFonts w:ascii="Arial" w:hAnsi="Arial" w:cs="Arial"/>
          <w:sz w:val="24"/>
          <w:szCs w:val="24"/>
        </w:rPr>
      </w:pPr>
      <w:r w:rsidRPr="00E340A3">
        <w:rPr>
          <w:rFonts w:ascii="Arial" w:hAnsi="Arial" w:cs="Arial"/>
          <w:sz w:val="24"/>
          <w:szCs w:val="24"/>
        </w:rPr>
        <w:t xml:space="preserve">Health </w:t>
      </w:r>
      <w:r w:rsidR="00B0762E" w:rsidRPr="00E340A3">
        <w:rPr>
          <w:rFonts w:ascii="Arial" w:hAnsi="Arial" w:cs="Arial"/>
          <w:sz w:val="24"/>
          <w:szCs w:val="24"/>
        </w:rPr>
        <w:t>&amp;</w:t>
      </w:r>
      <w:r w:rsidRPr="00E340A3">
        <w:rPr>
          <w:rFonts w:ascii="Arial" w:hAnsi="Arial" w:cs="Arial"/>
          <w:sz w:val="24"/>
          <w:szCs w:val="24"/>
        </w:rPr>
        <w:t xml:space="preserve"> Safety and </w:t>
      </w:r>
      <w:r w:rsidR="00B0762E" w:rsidRPr="00E340A3">
        <w:rPr>
          <w:rFonts w:ascii="Arial" w:hAnsi="Arial" w:cs="Arial"/>
          <w:sz w:val="24"/>
          <w:szCs w:val="24"/>
        </w:rPr>
        <w:t>s</w:t>
      </w:r>
      <w:r w:rsidRPr="00E340A3">
        <w:rPr>
          <w:rFonts w:ascii="Arial" w:hAnsi="Arial" w:cs="Arial"/>
          <w:sz w:val="24"/>
          <w:szCs w:val="24"/>
        </w:rPr>
        <w:t>tatu</w:t>
      </w:r>
      <w:r w:rsidR="00B0762E" w:rsidRPr="00E340A3">
        <w:rPr>
          <w:rFonts w:ascii="Arial" w:hAnsi="Arial" w:cs="Arial"/>
          <w:sz w:val="24"/>
          <w:szCs w:val="24"/>
        </w:rPr>
        <w:t>tory obligations</w:t>
      </w:r>
    </w:p>
    <w:p w14:paraId="09A1245A" w14:textId="10C99A56" w:rsidR="00B0762E" w:rsidRPr="00E340A3" w:rsidRDefault="00B0762E" w:rsidP="00B0762E">
      <w:pPr>
        <w:pStyle w:val="ListParagraph"/>
        <w:numPr>
          <w:ilvl w:val="0"/>
          <w:numId w:val="10"/>
        </w:numPr>
        <w:spacing w:after="0"/>
        <w:rPr>
          <w:rFonts w:ascii="Arial" w:hAnsi="Arial" w:cs="Arial"/>
          <w:b/>
          <w:bCs/>
          <w:sz w:val="24"/>
          <w:szCs w:val="24"/>
        </w:rPr>
      </w:pPr>
      <w:r w:rsidRPr="00E340A3">
        <w:rPr>
          <w:rFonts w:ascii="Arial" w:hAnsi="Arial" w:cs="Arial"/>
          <w:b/>
          <w:bCs/>
          <w:sz w:val="24"/>
          <w:szCs w:val="24"/>
        </w:rPr>
        <w:t xml:space="preserve">Expansion </w:t>
      </w:r>
    </w:p>
    <w:p w14:paraId="5A06FF88" w14:textId="25321E8A" w:rsidR="00B0762E" w:rsidRPr="00E340A3" w:rsidRDefault="00B0762E" w:rsidP="00B0762E">
      <w:pPr>
        <w:pStyle w:val="ListParagraph"/>
        <w:spacing w:after="0"/>
        <w:rPr>
          <w:rFonts w:ascii="Arial" w:hAnsi="Arial" w:cs="Arial"/>
          <w:sz w:val="24"/>
          <w:szCs w:val="24"/>
        </w:rPr>
      </w:pPr>
      <w:r w:rsidRPr="00E340A3">
        <w:rPr>
          <w:rFonts w:ascii="Arial" w:hAnsi="Arial" w:cs="Arial"/>
          <w:sz w:val="24"/>
          <w:szCs w:val="24"/>
        </w:rPr>
        <w:t xml:space="preserve">Only if </w:t>
      </w:r>
      <w:proofErr w:type="spellStart"/>
      <w:r w:rsidRPr="00E340A3">
        <w:rPr>
          <w:rFonts w:ascii="Arial" w:hAnsi="Arial" w:cs="Arial"/>
          <w:sz w:val="24"/>
          <w:szCs w:val="24"/>
        </w:rPr>
        <w:t>Of</w:t>
      </w:r>
      <w:r w:rsidR="00552AAB" w:rsidRPr="00E340A3">
        <w:rPr>
          <w:rFonts w:ascii="Arial" w:hAnsi="Arial" w:cs="Arial"/>
          <w:sz w:val="24"/>
          <w:szCs w:val="24"/>
        </w:rPr>
        <w:t>t</w:t>
      </w:r>
      <w:r w:rsidRPr="00E340A3">
        <w:rPr>
          <w:rFonts w:ascii="Arial" w:hAnsi="Arial" w:cs="Arial"/>
          <w:sz w:val="24"/>
          <w:szCs w:val="24"/>
        </w:rPr>
        <w:t>sed</w:t>
      </w:r>
      <w:proofErr w:type="spellEnd"/>
      <w:r w:rsidRPr="00E340A3">
        <w:rPr>
          <w:rFonts w:ascii="Arial" w:hAnsi="Arial" w:cs="Arial"/>
          <w:sz w:val="24"/>
          <w:szCs w:val="24"/>
        </w:rPr>
        <w:t xml:space="preserve"> r</w:t>
      </w:r>
      <w:r w:rsidR="002A2476" w:rsidRPr="00E340A3">
        <w:rPr>
          <w:rFonts w:ascii="Arial" w:hAnsi="Arial" w:cs="Arial"/>
          <w:sz w:val="24"/>
          <w:szCs w:val="24"/>
        </w:rPr>
        <w:t>ating is Good for Outstanding and demand is evidenced</w:t>
      </w:r>
    </w:p>
    <w:p w14:paraId="1997BE5F" w14:textId="77777777" w:rsidR="002A2476" w:rsidRPr="00E340A3" w:rsidRDefault="002A2476" w:rsidP="002A2476">
      <w:pPr>
        <w:spacing w:after="0"/>
        <w:rPr>
          <w:rFonts w:ascii="Arial" w:hAnsi="Arial" w:cs="Arial"/>
          <w:sz w:val="24"/>
          <w:szCs w:val="24"/>
        </w:rPr>
      </w:pPr>
    </w:p>
    <w:p w14:paraId="7F7616D6" w14:textId="68EEFAC8" w:rsidR="002A2476" w:rsidRPr="00E340A3" w:rsidRDefault="002A2476" w:rsidP="002A2476">
      <w:pPr>
        <w:spacing w:after="0"/>
        <w:rPr>
          <w:rFonts w:ascii="Arial" w:hAnsi="Arial" w:cs="Arial"/>
          <w:b/>
          <w:bCs/>
          <w:sz w:val="28"/>
          <w:szCs w:val="28"/>
        </w:rPr>
      </w:pPr>
      <w:r w:rsidRPr="00E340A3">
        <w:rPr>
          <w:rFonts w:ascii="Arial" w:hAnsi="Arial" w:cs="Arial"/>
          <w:b/>
          <w:bCs/>
          <w:sz w:val="28"/>
          <w:szCs w:val="28"/>
        </w:rPr>
        <w:t>Notes:</w:t>
      </w:r>
    </w:p>
    <w:p w14:paraId="2B94026E" w14:textId="77777777" w:rsidR="00B0762E" w:rsidRPr="00E340A3" w:rsidRDefault="00B0762E" w:rsidP="00960DF1">
      <w:pPr>
        <w:spacing w:after="0"/>
        <w:rPr>
          <w:rFonts w:ascii="Arial" w:hAnsi="Arial" w:cs="Arial"/>
          <w:sz w:val="24"/>
          <w:szCs w:val="24"/>
        </w:rPr>
      </w:pPr>
    </w:p>
    <w:p w14:paraId="151F0CB9" w14:textId="77777777" w:rsidR="00E544A4" w:rsidRPr="00E340A3" w:rsidRDefault="00E544A4" w:rsidP="00960DF1">
      <w:pPr>
        <w:pStyle w:val="ListParagraph"/>
        <w:spacing w:after="0"/>
        <w:ind w:left="0" w:hanging="11"/>
        <w:rPr>
          <w:rFonts w:ascii="Arial" w:hAnsi="Arial" w:cs="Arial"/>
          <w:sz w:val="24"/>
          <w:szCs w:val="24"/>
        </w:rPr>
      </w:pPr>
    </w:p>
    <w:p w14:paraId="7153AE20" w14:textId="33E38AFE" w:rsidR="00E544A4" w:rsidRPr="00E340A3" w:rsidRDefault="00E544A4" w:rsidP="00960DF1">
      <w:pPr>
        <w:spacing w:after="0"/>
        <w:rPr>
          <w:rFonts w:ascii="Arial" w:hAnsi="Arial" w:cs="Arial"/>
          <w:sz w:val="24"/>
          <w:szCs w:val="24"/>
        </w:rPr>
      </w:pPr>
    </w:p>
    <w:p w14:paraId="2B9D2554" w14:textId="77777777" w:rsidR="008340D3" w:rsidRPr="00E340A3" w:rsidRDefault="008340D3" w:rsidP="00960DF1">
      <w:pPr>
        <w:spacing w:after="0"/>
        <w:rPr>
          <w:rFonts w:ascii="Arial" w:hAnsi="Arial" w:cs="Arial"/>
          <w:sz w:val="24"/>
          <w:szCs w:val="24"/>
        </w:rPr>
      </w:pPr>
    </w:p>
    <w:p w14:paraId="150A8FFF" w14:textId="77777777" w:rsidR="008340D3" w:rsidRPr="00E340A3" w:rsidRDefault="008340D3" w:rsidP="00960DF1">
      <w:pPr>
        <w:spacing w:after="0"/>
        <w:rPr>
          <w:rFonts w:ascii="Arial" w:hAnsi="Arial" w:cs="Arial"/>
          <w:sz w:val="24"/>
          <w:szCs w:val="24"/>
        </w:rPr>
      </w:pPr>
    </w:p>
    <w:p w14:paraId="0DE16AEF" w14:textId="77777777" w:rsidR="008340D3" w:rsidRPr="00E340A3" w:rsidRDefault="008340D3" w:rsidP="00960DF1">
      <w:pPr>
        <w:spacing w:after="0"/>
        <w:rPr>
          <w:rFonts w:ascii="Arial" w:hAnsi="Arial" w:cs="Arial"/>
          <w:sz w:val="24"/>
          <w:szCs w:val="24"/>
        </w:rPr>
      </w:pPr>
    </w:p>
    <w:p w14:paraId="17354225" w14:textId="77777777" w:rsidR="008340D3" w:rsidRPr="00E340A3" w:rsidRDefault="008340D3" w:rsidP="00960DF1">
      <w:pPr>
        <w:spacing w:after="0"/>
        <w:rPr>
          <w:rFonts w:ascii="Arial" w:hAnsi="Arial" w:cs="Arial"/>
          <w:sz w:val="24"/>
          <w:szCs w:val="24"/>
        </w:rPr>
      </w:pPr>
    </w:p>
    <w:p w14:paraId="72EAAEDD" w14:textId="77777777" w:rsidR="008340D3" w:rsidRPr="00E340A3" w:rsidRDefault="008340D3" w:rsidP="00960DF1">
      <w:pPr>
        <w:spacing w:after="0"/>
        <w:rPr>
          <w:rFonts w:ascii="Arial" w:hAnsi="Arial" w:cs="Arial"/>
          <w:sz w:val="24"/>
          <w:szCs w:val="24"/>
        </w:rPr>
      </w:pPr>
    </w:p>
    <w:p w14:paraId="1E193EAF" w14:textId="77777777" w:rsidR="008340D3" w:rsidRPr="00E340A3" w:rsidRDefault="008340D3" w:rsidP="00960DF1">
      <w:pPr>
        <w:spacing w:after="0"/>
        <w:rPr>
          <w:rFonts w:ascii="Arial" w:hAnsi="Arial" w:cs="Arial"/>
          <w:sz w:val="24"/>
          <w:szCs w:val="24"/>
        </w:rPr>
      </w:pPr>
    </w:p>
    <w:p w14:paraId="45DEAC8F" w14:textId="77777777" w:rsidR="008340D3" w:rsidRPr="00E340A3" w:rsidRDefault="008340D3" w:rsidP="00960DF1">
      <w:pPr>
        <w:spacing w:after="0"/>
        <w:rPr>
          <w:rFonts w:ascii="Arial" w:hAnsi="Arial" w:cs="Arial"/>
          <w:sz w:val="24"/>
          <w:szCs w:val="24"/>
        </w:rPr>
      </w:pPr>
    </w:p>
    <w:p w14:paraId="21B7D108" w14:textId="77777777" w:rsidR="008340D3" w:rsidRPr="00E340A3" w:rsidRDefault="008340D3" w:rsidP="00960DF1">
      <w:pPr>
        <w:spacing w:after="0"/>
        <w:rPr>
          <w:rFonts w:ascii="Arial" w:hAnsi="Arial" w:cs="Arial"/>
          <w:sz w:val="24"/>
          <w:szCs w:val="24"/>
        </w:rPr>
      </w:pPr>
    </w:p>
    <w:p w14:paraId="1F8FA9E2" w14:textId="77777777" w:rsidR="008340D3" w:rsidRPr="00E340A3" w:rsidRDefault="008340D3" w:rsidP="00960DF1">
      <w:pPr>
        <w:spacing w:after="0"/>
        <w:rPr>
          <w:rFonts w:ascii="Arial" w:hAnsi="Arial" w:cs="Arial"/>
          <w:sz w:val="24"/>
          <w:szCs w:val="24"/>
        </w:rPr>
      </w:pPr>
    </w:p>
    <w:p w14:paraId="576B8C2A" w14:textId="77777777" w:rsidR="008340D3" w:rsidRPr="00E340A3" w:rsidRDefault="008340D3" w:rsidP="00960DF1">
      <w:pPr>
        <w:spacing w:after="0"/>
        <w:rPr>
          <w:rFonts w:ascii="Arial" w:hAnsi="Arial" w:cs="Arial"/>
          <w:sz w:val="24"/>
          <w:szCs w:val="24"/>
        </w:rPr>
      </w:pPr>
    </w:p>
    <w:p w14:paraId="46A909BF" w14:textId="77777777" w:rsidR="008340D3" w:rsidRPr="00E340A3" w:rsidRDefault="008340D3" w:rsidP="00960DF1">
      <w:pPr>
        <w:spacing w:after="0"/>
        <w:rPr>
          <w:rFonts w:ascii="Arial" w:hAnsi="Arial" w:cs="Arial"/>
          <w:sz w:val="24"/>
          <w:szCs w:val="24"/>
        </w:rPr>
      </w:pPr>
    </w:p>
    <w:p w14:paraId="1C827F60" w14:textId="77777777" w:rsidR="008340D3" w:rsidRPr="00E340A3" w:rsidRDefault="008340D3" w:rsidP="00960DF1">
      <w:pPr>
        <w:spacing w:after="0"/>
        <w:rPr>
          <w:rFonts w:ascii="Arial" w:hAnsi="Arial" w:cs="Arial"/>
          <w:sz w:val="24"/>
          <w:szCs w:val="24"/>
        </w:rPr>
      </w:pPr>
    </w:p>
    <w:p w14:paraId="78F46F3F" w14:textId="77777777" w:rsidR="008340D3" w:rsidRPr="00E340A3" w:rsidRDefault="008340D3" w:rsidP="00960DF1">
      <w:pPr>
        <w:spacing w:after="0"/>
        <w:rPr>
          <w:rFonts w:ascii="Arial" w:hAnsi="Arial" w:cs="Arial"/>
          <w:sz w:val="24"/>
          <w:szCs w:val="24"/>
        </w:rPr>
      </w:pPr>
    </w:p>
    <w:p w14:paraId="041DEC14" w14:textId="77777777" w:rsidR="008340D3" w:rsidRPr="00E340A3" w:rsidRDefault="008340D3" w:rsidP="00960DF1">
      <w:pPr>
        <w:spacing w:after="0"/>
        <w:rPr>
          <w:rFonts w:ascii="Arial" w:hAnsi="Arial" w:cs="Arial"/>
          <w:sz w:val="24"/>
          <w:szCs w:val="24"/>
        </w:rPr>
      </w:pPr>
    </w:p>
    <w:p w14:paraId="7A588703" w14:textId="77777777" w:rsidR="002D71E8" w:rsidRPr="00E340A3" w:rsidRDefault="002D71E8" w:rsidP="00960DF1">
      <w:pPr>
        <w:spacing w:after="0"/>
        <w:rPr>
          <w:rFonts w:ascii="Arial" w:hAnsi="Arial" w:cs="Arial"/>
          <w:sz w:val="24"/>
          <w:szCs w:val="24"/>
        </w:rPr>
      </w:pPr>
    </w:p>
    <w:p w14:paraId="12763235" w14:textId="77777777" w:rsidR="002D71E8" w:rsidRPr="00E340A3" w:rsidRDefault="002D71E8" w:rsidP="00960DF1">
      <w:pPr>
        <w:spacing w:after="0"/>
        <w:rPr>
          <w:rFonts w:ascii="Arial" w:hAnsi="Arial" w:cs="Arial"/>
          <w:sz w:val="24"/>
          <w:szCs w:val="24"/>
        </w:rPr>
      </w:pPr>
    </w:p>
    <w:p w14:paraId="65E54080" w14:textId="196A5758" w:rsidR="008C1AD5" w:rsidRPr="00E340A3" w:rsidRDefault="00960DF1" w:rsidP="0092476A">
      <w:pPr>
        <w:spacing w:after="0"/>
        <w:rPr>
          <w:rFonts w:ascii="Arial" w:hAnsi="Arial" w:cs="Arial"/>
          <w:sz w:val="24"/>
          <w:szCs w:val="24"/>
        </w:rPr>
      </w:pPr>
      <w:r w:rsidRPr="00E340A3">
        <w:rPr>
          <w:rFonts w:ascii="Arial" w:hAnsi="Arial" w:cs="Arial"/>
          <w:sz w:val="24"/>
          <w:szCs w:val="24"/>
        </w:rPr>
        <w:t>(Continued on</w:t>
      </w:r>
      <w:r w:rsidR="008340D3" w:rsidRPr="00E340A3">
        <w:rPr>
          <w:rFonts w:ascii="Arial" w:hAnsi="Arial" w:cs="Arial"/>
          <w:sz w:val="24"/>
          <w:szCs w:val="24"/>
        </w:rPr>
        <w:t xml:space="preserve"> the next page)</w:t>
      </w:r>
    </w:p>
    <w:p w14:paraId="3EC0A386" w14:textId="7F4E2358" w:rsidR="008340D3" w:rsidRPr="00E340A3" w:rsidRDefault="008340D3">
      <w:pPr>
        <w:rPr>
          <w:rFonts w:ascii="Arial" w:hAnsi="Arial" w:cs="Arial"/>
          <w:sz w:val="24"/>
          <w:szCs w:val="24"/>
        </w:rPr>
      </w:pPr>
      <w:r w:rsidRPr="00E340A3">
        <w:rPr>
          <w:rFonts w:ascii="Arial" w:hAnsi="Arial" w:cs="Arial"/>
          <w:sz w:val="24"/>
          <w:szCs w:val="24"/>
        </w:rPr>
        <w:br w:type="page"/>
      </w:r>
    </w:p>
    <w:p w14:paraId="73AED4BC" w14:textId="77777777" w:rsidR="008340D3" w:rsidRPr="00E340A3" w:rsidRDefault="008340D3" w:rsidP="0092476A">
      <w:pPr>
        <w:spacing w:after="0"/>
        <w:rPr>
          <w:rFonts w:ascii="Arial" w:hAnsi="Arial" w:cs="Arial"/>
          <w:sz w:val="24"/>
          <w:szCs w:val="24"/>
        </w:rPr>
      </w:pPr>
    </w:p>
    <w:p w14:paraId="26E864E3" w14:textId="77777777" w:rsidR="008C1AD5" w:rsidRPr="00E340A3" w:rsidRDefault="007A031F" w:rsidP="00CB0D3D">
      <w:pPr>
        <w:pStyle w:val="Heading2"/>
        <w:shd w:val="clear" w:color="auto" w:fill="002060"/>
        <w:spacing w:before="0"/>
        <w:rPr>
          <w:rFonts w:ascii="Arial" w:hAnsi="Arial" w:cs="Arial"/>
          <w:color w:val="FFFF00"/>
          <w:sz w:val="32"/>
          <w:szCs w:val="32"/>
        </w:rPr>
      </w:pPr>
      <w:r w:rsidRPr="00E340A3">
        <w:rPr>
          <w:rFonts w:ascii="Arial" w:hAnsi="Arial" w:cs="Arial"/>
          <w:color w:val="FFFF00"/>
          <w:sz w:val="32"/>
          <w:szCs w:val="32"/>
        </w:rPr>
        <w:t>2. Evidence Gathering</w:t>
      </w:r>
    </w:p>
    <w:p w14:paraId="19942DA6" w14:textId="2F9AE0DB" w:rsidR="003E4D88" w:rsidRPr="00E340A3" w:rsidRDefault="007A031F" w:rsidP="0092476A">
      <w:pPr>
        <w:spacing w:after="0"/>
        <w:rPr>
          <w:rFonts w:ascii="Arial" w:hAnsi="Arial" w:cs="Arial"/>
          <w:sz w:val="24"/>
          <w:szCs w:val="24"/>
        </w:rPr>
      </w:pPr>
      <w:r w:rsidRPr="00E340A3">
        <w:rPr>
          <w:rFonts w:ascii="Arial" w:hAnsi="Arial" w:cs="Arial"/>
          <w:sz w:val="24"/>
          <w:szCs w:val="24"/>
        </w:rPr>
        <w:br/>
      </w:r>
      <w:r w:rsidR="00DD1C79" w:rsidRPr="00E340A3">
        <w:rPr>
          <w:rFonts w:ascii="Arial" w:hAnsi="Arial" w:cs="Arial"/>
          <w:sz w:val="24"/>
          <w:szCs w:val="24"/>
        </w:rPr>
        <w:t>Prov</w:t>
      </w:r>
      <w:r w:rsidR="003E4D88" w:rsidRPr="00E340A3">
        <w:rPr>
          <w:rFonts w:ascii="Arial" w:hAnsi="Arial" w:cs="Arial"/>
          <w:sz w:val="24"/>
          <w:szCs w:val="24"/>
        </w:rPr>
        <w:t>ide:</w:t>
      </w:r>
    </w:p>
    <w:p w14:paraId="6678A075" w14:textId="77777777" w:rsidR="00B13B65" w:rsidRPr="00E340A3" w:rsidRDefault="00B13B65" w:rsidP="0092476A">
      <w:pPr>
        <w:spacing w:after="0"/>
        <w:rPr>
          <w:rFonts w:ascii="Arial" w:hAnsi="Arial" w:cs="Arial"/>
          <w:sz w:val="24"/>
          <w:szCs w:val="24"/>
        </w:rPr>
      </w:pPr>
    </w:p>
    <w:p w14:paraId="0762F2EF" w14:textId="77777777" w:rsidR="004F45D7" w:rsidRPr="00E340A3" w:rsidRDefault="003E4D88" w:rsidP="00E544A4">
      <w:pPr>
        <w:pStyle w:val="ListParagraph"/>
        <w:numPr>
          <w:ilvl w:val="0"/>
          <w:numId w:val="10"/>
        </w:numPr>
        <w:spacing w:after="0"/>
        <w:rPr>
          <w:rFonts w:ascii="Arial" w:hAnsi="Arial" w:cs="Arial"/>
          <w:sz w:val="24"/>
          <w:szCs w:val="24"/>
        </w:rPr>
      </w:pPr>
      <w:r w:rsidRPr="00E340A3">
        <w:rPr>
          <w:rFonts w:ascii="Arial" w:hAnsi="Arial" w:cs="Arial"/>
          <w:sz w:val="24"/>
          <w:szCs w:val="24"/>
        </w:rPr>
        <w:t>Condition Survey d</w:t>
      </w:r>
      <w:r w:rsidR="004F45D7" w:rsidRPr="00E340A3">
        <w:rPr>
          <w:rFonts w:ascii="Arial" w:hAnsi="Arial" w:cs="Arial"/>
          <w:sz w:val="24"/>
          <w:szCs w:val="24"/>
        </w:rPr>
        <w:t>etails</w:t>
      </w:r>
    </w:p>
    <w:p w14:paraId="3B56514F" w14:textId="77777777" w:rsidR="004F45D7" w:rsidRPr="00E340A3" w:rsidRDefault="004F45D7" w:rsidP="00E544A4">
      <w:pPr>
        <w:pStyle w:val="ListParagraph"/>
        <w:numPr>
          <w:ilvl w:val="0"/>
          <w:numId w:val="10"/>
        </w:numPr>
        <w:spacing w:after="0"/>
        <w:rPr>
          <w:rFonts w:ascii="Arial" w:hAnsi="Arial" w:cs="Arial"/>
          <w:sz w:val="24"/>
          <w:szCs w:val="24"/>
        </w:rPr>
      </w:pPr>
      <w:r w:rsidRPr="00E340A3">
        <w:rPr>
          <w:rFonts w:ascii="Arial" w:hAnsi="Arial" w:cs="Arial"/>
          <w:sz w:val="24"/>
          <w:szCs w:val="24"/>
        </w:rPr>
        <w:t xml:space="preserve">Photos of deterioration or risk </w:t>
      </w:r>
    </w:p>
    <w:p w14:paraId="2C027AFD" w14:textId="77777777" w:rsidR="004F45D7" w:rsidRPr="00E340A3" w:rsidRDefault="004F45D7" w:rsidP="00E544A4">
      <w:pPr>
        <w:pStyle w:val="ListParagraph"/>
        <w:numPr>
          <w:ilvl w:val="0"/>
          <w:numId w:val="10"/>
        </w:numPr>
        <w:spacing w:after="0"/>
        <w:rPr>
          <w:rFonts w:ascii="Arial" w:hAnsi="Arial" w:cs="Arial"/>
          <w:sz w:val="24"/>
          <w:szCs w:val="24"/>
        </w:rPr>
      </w:pPr>
      <w:r w:rsidRPr="00E340A3">
        <w:rPr>
          <w:rFonts w:ascii="Arial" w:hAnsi="Arial" w:cs="Arial"/>
          <w:sz w:val="24"/>
          <w:szCs w:val="24"/>
        </w:rPr>
        <w:t>Risk Assessment summary</w:t>
      </w:r>
    </w:p>
    <w:p w14:paraId="0FE584B0" w14:textId="77777777" w:rsidR="004F45D7" w:rsidRPr="00E340A3" w:rsidRDefault="004F45D7" w:rsidP="00E544A4">
      <w:pPr>
        <w:pStyle w:val="ListParagraph"/>
        <w:numPr>
          <w:ilvl w:val="0"/>
          <w:numId w:val="10"/>
        </w:numPr>
        <w:spacing w:after="0"/>
        <w:rPr>
          <w:rFonts w:ascii="Arial" w:hAnsi="Arial" w:cs="Arial"/>
          <w:sz w:val="24"/>
          <w:szCs w:val="24"/>
        </w:rPr>
      </w:pPr>
      <w:r w:rsidRPr="00E340A3">
        <w:rPr>
          <w:rFonts w:ascii="Arial" w:hAnsi="Arial" w:cs="Arial"/>
          <w:sz w:val="24"/>
          <w:szCs w:val="24"/>
        </w:rPr>
        <w:t>Cost Plan and quotes</w:t>
      </w:r>
    </w:p>
    <w:p w14:paraId="4F737D82" w14:textId="77777777" w:rsidR="00E544A4" w:rsidRDefault="004F45D7" w:rsidP="00E544A4">
      <w:pPr>
        <w:pStyle w:val="ListParagraph"/>
        <w:numPr>
          <w:ilvl w:val="0"/>
          <w:numId w:val="10"/>
        </w:numPr>
        <w:spacing w:after="0"/>
        <w:rPr>
          <w:rFonts w:ascii="Arial" w:hAnsi="Arial" w:cs="Arial"/>
          <w:sz w:val="24"/>
          <w:szCs w:val="24"/>
        </w:rPr>
      </w:pPr>
      <w:r w:rsidRPr="00E340A3">
        <w:rPr>
          <w:rFonts w:ascii="Arial" w:hAnsi="Arial" w:cs="Arial"/>
          <w:sz w:val="24"/>
          <w:szCs w:val="24"/>
        </w:rPr>
        <w:t>Ener</w:t>
      </w:r>
      <w:r w:rsidR="00E544A4" w:rsidRPr="00E340A3">
        <w:rPr>
          <w:rFonts w:ascii="Arial" w:hAnsi="Arial" w:cs="Arial"/>
          <w:sz w:val="24"/>
          <w:szCs w:val="24"/>
        </w:rPr>
        <w:t>gy Efficiency benefits</w:t>
      </w:r>
    </w:p>
    <w:p w14:paraId="74FF8BEF" w14:textId="5AAB6248" w:rsidR="009660D4" w:rsidRPr="00E340A3" w:rsidRDefault="009660D4" w:rsidP="00E544A4">
      <w:pPr>
        <w:pStyle w:val="ListParagraph"/>
        <w:numPr>
          <w:ilvl w:val="0"/>
          <w:numId w:val="10"/>
        </w:numPr>
        <w:spacing w:after="0"/>
        <w:rPr>
          <w:rFonts w:ascii="Arial" w:hAnsi="Arial" w:cs="Arial"/>
          <w:sz w:val="24"/>
          <w:szCs w:val="24"/>
        </w:rPr>
      </w:pPr>
      <w:r>
        <w:rPr>
          <w:rFonts w:ascii="Arial" w:hAnsi="Arial" w:cs="Arial"/>
          <w:sz w:val="24"/>
          <w:szCs w:val="24"/>
        </w:rPr>
        <w:t xml:space="preserve">Professional expert information and assessment </w:t>
      </w:r>
    </w:p>
    <w:p w14:paraId="28C75658" w14:textId="77777777" w:rsidR="00E544A4" w:rsidRPr="00E340A3" w:rsidRDefault="00E544A4" w:rsidP="0092476A">
      <w:pPr>
        <w:spacing w:after="0"/>
        <w:rPr>
          <w:rFonts w:ascii="Arial" w:hAnsi="Arial" w:cs="Arial"/>
          <w:sz w:val="24"/>
          <w:szCs w:val="24"/>
        </w:rPr>
      </w:pPr>
    </w:p>
    <w:p w14:paraId="5F493727" w14:textId="77777777" w:rsidR="002D71E8" w:rsidRPr="00E340A3" w:rsidRDefault="00E544A4" w:rsidP="0092476A">
      <w:pPr>
        <w:spacing w:after="0"/>
        <w:rPr>
          <w:rFonts w:ascii="Arial" w:hAnsi="Arial" w:cs="Arial"/>
          <w:b/>
          <w:bCs/>
          <w:sz w:val="28"/>
          <w:szCs w:val="28"/>
        </w:rPr>
      </w:pPr>
      <w:r w:rsidRPr="00E340A3">
        <w:rPr>
          <w:rFonts w:ascii="Arial" w:hAnsi="Arial" w:cs="Arial"/>
          <w:b/>
          <w:bCs/>
          <w:sz w:val="28"/>
          <w:szCs w:val="28"/>
        </w:rPr>
        <w:t>Notes:</w:t>
      </w:r>
    </w:p>
    <w:p w14:paraId="20ED39C9" w14:textId="77777777" w:rsidR="002D71E8" w:rsidRPr="00E340A3" w:rsidRDefault="002D71E8" w:rsidP="0092476A">
      <w:pPr>
        <w:spacing w:after="0"/>
        <w:rPr>
          <w:rFonts w:ascii="Arial" w:hAnsi="Arial" w:cs="Arial"/>
          <w:b/>
          <w:bCs/>
          <w:sz w:val="28"/>
          <w:szCs w:val="28"/>
        </w:rPr>
      </w:pPr>
    </w:p>
    <w:p w14:paraId="5B6CEB12" w14:textId="77777777" w:rsidR="002D71E8" w:rsidRPr="00E340A3" w:rsidRDefault="002D71E8" w:rsidP="0092476A">
      <w:pPr>
        <w:spacing w:after="0"/>
        <w:rPr>
          <w:rFonts w:ascii="Arial" w:hAnsi="Arial" w:cs="Arial"/>
          <w:b/>
          <w:bCs/>
          <w:sz w:val="28"/>
          <w:szCs w:val="28"/>
        </w:rPr>
      </w:pPr>
    </w:p>
    <w:p w14:paraId="4910716E" w14:textId="77777777" w:rsidR="002D71E8" w:rsidRPr="00E340A3" w:rsidRDefault="002D71E8" w:rsidP="0092476A">
      <w:pPr>
        <w:spacing w:after="0"/>
        <w:rPr>
          <w:rFonts w:ascii="Arial" w:hAnsi="Arial" w:cs="Arial"/>
          <w:b/>
          <w:bCs/>
          <w:sz w:val="28"/>
          <w:szCs w:val="28"/>
        </w:rPr>
      </w:pPr>
    </w:p>
    <w:p w14:paraId="21E38BD5" w14:textId="77777777" w:rsidR="002D71E8" w:rsidRPr="00E340A3" w:rsidRDefault="002D71E8" w:rsidP="0092476A">
      <w:pPr>
        <w:spacing w:after="0"/>
        <w:rPr>
          <w:rFonts w:ascii="Arial" w:hAnsi="Arial" w:cs="Arial"/>
          <w:b/>
          <w:bCs/>
          <w:sz w:val="28"/>
          <w:szCs w:val="28"/>
        </w:rPr>
      </w:pPr>
    </w:p>
    <w:p w14:paraId="6CAD37B9" w14:textId="77777777" w:rsidR="002D71E8" w:rsidRPr="00E340A3" w:rsidRDefault="002D71E8" w:rsidP="0092476A">
      <w:pPr>
        <w:spacing w:after="0"/>
        <w:rPr>
          <w:rFonts w:ascii="Arial" w:hAnsi="Arial" w:cs="Arial"/>
          <w:b/>
          <w:bCs/>
          <w:sz w:val="28"/>
          <w:szCs w:val="28"/>
        </w:rPr>
      </w:pPr>
    </w:p>
    <w:p w14:paraId="3F611B47" w14:textId="77777777" w:rsidR="002D71E8" w:rsidRPr="00E340A3" w:rsidRDefault="002D71E8" w:rsidP="0092476A">
      <w:pPr>
        <w:spacing w:after="0"/>
        <w:rPr>
          <w:rFonts w:ascii="Arial" w:hAnsi="Arial" w:cs="Arial"/>
          <w:b/>
          <w:bCs/>
          <w:sz w:val="28"/>
          <w:szCs w:val="28"/>
        </w:rPr>
      </w:pPr>
    </w:p>
    <w:p w14:paraId="05CAF2A9" w14:textId="77777777" w:rsidR="002D71E8" w:rsidRPr="00E340A3" w:rsidRDefault="002D71E8" w:rsidP="0092476A">
      <w:pPr>
        <w:spacing w:after="0"/>
        <w:rPr>
          <w:rFonts w:ascii="Arial" w:hAnsi="Arial" w:cs="Arial"/>
          <w:b/>
          <w:bCs/>
          <w:sz w:val="28"/>
          <w:szCs w:val="28"/>
        </w:rPr>
      </w:pPr>
    </w:p>
    <w:p w14:paraId="0BFE4B86" w14:textId="77777777" w:rsidR="002D71E8" w:rsidRPr="00E340A3" w:rsidRDefault="002D71E8" w:rsidP="0092476A">
      <w:pPr>
        <w:spacing w:after="0"/>
        <w:rPr>
          <w:rFonts w:ascii="Arial" w:hAnsi="Arial" w:cs="Arial"/>
          <w:b/>
          <w:bCs/>
          <w:sz w:val="28"/>
          <w:szCs w:val="28"/>
        </w:rPr>
      </w:pPr>
    </w:p>
    <w:p w14:paraId="70D2F9C7" w14:textId="77777777" w:rsidR="002D71E8" w:rsidRPr="00E340A3" w:rsidRDefault="002D71E8" w:rsidP="0092476A">
      <w:pPr>
        <w:spacing w:after="0"/>
        <w:rPr>
          <w:rFonts w:ascii="Arial" w:hAnsi="Arial" w:cs="Arial"/>
          <w:b/>
          <w:bCs/>
          <w:sz w:val="28"/>
          <w:szCs w:val="28"/>
        </w:rPr>
      </w:pPr>
    </w:p>
    <w:p w14:paraId="7238119C" w14:textId="77777777" w:rsidR="002D71E8" w:rsidRPr="00E340A3" w:rsidRDefault="002D71E8" w:rsidP="0092476A">
      <w:pPr>
        <w:spacing w:after="0"/>
        <w:rPr>
          <w:rFonts w:ascii="Arial" w:hAnsi="Arial" w:cs="Arial"/>
          <w:b/>
          <w:bCs/>
          <w:sz w:val="28"/>
          <w:szCs w:val="28"/>
        </w:rPr>
      </w:pPr>
    </w:p>
    <w:p w14:paraId="1D0CD529" w14:textId="77777777" w:rsidR="002D71E8" w:rsidRPr="00E340A3" w:rsidRDefault="002D71E8" w:rsidP="0092476A">
      <w:pPr>
        <w:spacing w:after="0"/>
        <w:rPr>
          <w:rFonts w:ascii="Arial" w:hAnsi="Arial" w:cs="Arial"/>
          <w:b/>
          <w:bCs/>
          <w:sz w:val="28"/>
          <w:szCs w:val="28"/>
        </w:rPr>
      </w:pPr>
    </w:p>
    <w:p w14:paraId="70D63D7E" w14:textId="77777777" w:rsidR="002D71E8" w:rsidRPr="00E340A3" w:rsidRDefault="002D71E8" w:rsidP="0092476A">
      <w:pPr>
        <w:spacing w:after="0"/>
        <w:rPr>
          <w:rFonts w:ascii="Arial" w:hAnsi="Arial" w:cs="Arial"/>
          <w:b/>
          <w:bCs/>
          <w:sz w:val="28"/>
          <w:szCs w:val="28"/>
        </w:rPr>
      </w:pPr>
    </w:p>
    <w:p w14:paraId="066DA524" w14:textId="77777777" w:rsidR="002D71E8" w:rsidRPr="00E340A3" w:rsidRDefault="002D71E8" w:rsidP="0092476A">
      <w:pPr>
        <w:spacing w:after="0"/>
        <w:rPr>
          <w:rFonts w:ascii="Arial" w:hAnsi="Arial" w:cs="Arial"/>
          <w:b/>
          <w:bCs/>
          <w:sz w:val="28"/>
          <w:szCs w:val="28"/>
        </w:rPr>
      </w:pPr>
    </w:p>
    <w:p w14:paraId="37B11AD7" w14:textId="77777777" w:rsidR="002D71E8" w:rsidRPr="00E340A3" w:rsidRDefault="002D71E8" w:rsidP="0092476A">
      <w:pPr>
        <w:spacing w:after="0"/>
        <w:rPr>
          <w:rFonts w:ascii="Arial" w:hAnsi="Arial" w:cs="Arial"/>
          <w:b/>
          <w:bCs/>
          <w:sz w:val="28"/>
          <w:szCs w:val="28"/>
        </w:rPr>
      </w:pPr>
    </w:p>
    <w:p w14:paraId="09C61E91" w14:textId="77777777" w:rsidR="002D71E8" w:rsidRPr="00E340A3" w:rsidRDefault="002D71E8" w:rsidP="0092476A">
      <w:pPr>
        <w:spacing w:after="0"/>
        <w:rPr>
          <w:rFonts w:ascii="Arial" w:hAnsi="Arial" w:cs="Arial"/>
          <w:b/>
          <w:bCs/>
          <w:sz w:val="28"/>
          <w:szCs w:val="28"/>
        </w:rPr>
      </w:pPr>
    </w:p>
    <w:p w14:paraId="65265324" w14:textId="77777777" w:rsidR="002D71E8" w:rsidRPr="00E340A3" w:rsidRDefault="002D71E8" w:rsidP="0092476A">
      <w:pPr>
        <w:spacing w:after="0"/>
        <w:rPr>
          <w:rFonts w:ascii="Arial" w:hAnsi="Arial" w:cs="Arial"/>
          <w:b/>
          <w:bCs/>
          <w:sz w:val="28"/>
          <w:szCs w:val="28"/>
        </w:rPr>
      </w:pPr>
    </w:p>
    <w:p w14:paraId="4BA4800C" w14:textId="77777777" w:rsidR="002D71E8" w:rsidRPr="00E340A3" w:rsidRDefault="002D71E8" w:rsidP="0092476A">
      <w:pPr>
        <w:spacing w:after="0"/>
        <w:rPr>
          <w:rFonts w:ascii="Arial" w:hAnsi="Arial" w:cs="Arial"/>
          <w:b/>
          <w:bCs/>
          <w:sz w:val="28"/>
          <w:szCs w:val="28"/>
        </w:rPr>
      </w:pPr>
    </w:p>
    <w:p w14:paraId="74FAC9F1" w14:textId="77777777" w:rsidR="002D71E8" w:rsidRPr="00E340A3" w:rsidRDefault="002D71E8" w:rsidP="0092476A">
      <w:pPr>
        <w:spacing w:after="0"/>
        <w:rPr>
          <w:rFonts w:ascii="Arial" w:hAnsi="Arial" w:cs="Arial"/>
          <w:b/>
          <w:bCs/>
          <w:sz w:val="28"/>
          <w:szCs w:val="28"/>
        </w:rPr>
      </w:pPr>
    </w:p>
    <w:p w14:paraId="3DA7774C" w14:textId="77777777" w:rsidR="002D71E8" w:rsidRPr="00E340A3" w:rsidRDefault="002D71E8" w:rsidP="0092476A">
      <w:pPr>
        <w:spacing w:after="0"/>
        <w:rPr>
          <w:rFonts w:ascii="Arial" w:hAnsi="Arial" w:cs="Arial"/>
          <w:b/>
          <w:bCs/>
          <w:sz w:val="28"/>
          <w:szCs w:val="28"/>
        </w:rPr>
      </w:pPr>
    </w:p>
    <w:p w14:paraId="60268763" w14:textId="77777777" w:rsidR="002D71E8" w:rsidRPr="00E340A3" w:rsidRDefault="002D71E8" w:rsidP="0092476A">
      <w:pPr>
        <w:spacing w:after="0"/>
        <w:rPr>
          <w:rFonts w:ascii="Arial" w:hAnsi="Arial" w:cs="Arial"/>
          <w:b/>
          <w:bCs/>
          <w:sz w:val="28"/>
          <w:szCs w:val="28"/>
        </w:rPr>
      </w:pPr>
    </w:p>
    <w:p w14:paraId="732D5B73" w14:textId="77777777" w:rsidR="002D71E8" w:rsidRPr="00E340A3" w:rsidRDefault="002D71E8" w:rsidP="0092476A">
      <w:pPr>
        <w:spacing w:after="0"/>
        <w:rPr>
          <w:rFonts w:ascii="Arial" w:hAnsi="Arial" w:cs="Arial"/>
          <w:b/>
          <w:bCs/>
          <w:sz w:val="28"/>
          <w:szCs w:val="28"/>
        </w:rPr>
      </w:pPr>
    </w:p>
    <w:p w14:paraId="4070BFBA" w14:textId="77777777" w:rsidR="002D71E8" w:rsidRPr="00E340A3" w:rsidRDefault="002D71E8" w:rsidP="0092476A">
      <w:pPr>
        <w:spacing w:after="0"/>
        <w:rPr>
          <w:rFonts w:ascii="Arial" w:hAnsi="Arial" w:cs="Arial"/>
          <w:b/>
          <w:bCs/>
          <w:sz w:val="28"/>
          <w:szCs w:val="28"/>
        </w:rPr>
      </w:pPr>
    </w:p>
    <w:p w14:paraId="40782986" w14:textId="77777777" w:rsidR="002D71E8" w:rsidRPr="00E340A3" w:rsidRDefault="002D71E8" w:rsidP="002D71E8">
      <w:pPr>
        <w:spacing w:after="0"/>
        <w:rPr>
          <w:rFonts w:ascii="Arial" w:hAnsi="Arial" w:cs="Arial"/>
          <w:sz w:val="24"/>
          <w:szCs w:val="24"/>
        </w:rPr>
      </w:pPr>
      <w:r w:rsidRPr="00E340A3">
        <w:rPr>
          <w:rFonts w:ascii="Arial" w:hAnsi="Arial" w:cs="Arial"/>
          <w:sz w:val="24"/>
          <w:szCs w:val="24"/>
        </w:rPr>
        <w:t>(Continued on the next page)</w:t>
      </w:r>
    </w:p>
    <w:p w14:paraId="706571B2" w14:textId="1393985F" w:rsidR="002D71E8" w:rsidRPr="00E340A3" w:rsidRDefault="002D71E8" w:rsidP="00B13B65">
      <w:pPr>
        <w:spacing w:after="0"/>
        <w:rPr>
          <w:rFonts w:ascii="Arial" w:hAnsi="Arial" w:cs="Arial"/>
          <w:sz w:val="24"/>
          <w:szCs w:val="24"/>
        </w:rPr>
      </w:pPr>
    </w:p>
    <w:p w14:paraId="2D82FA8E" w14:textId="2F1915C8" w:rsidR="008C1AD5" w:rsidRPr="00E340A3" w:rsidRDefault="007A031F" w:rsidP="002D71E8">
      <w:pPr>
        <w:pStyle w:val="Heading2"/>
        <w:shd w:val="clear" w:color="auto" w:fill="002060"/>
        <w:spacing w:before="0"/>
        <w:rPr>
          <w:rFonts w:ascii="Arial" w:hAnsi="Arial" w:cs="Arial"/>
          <w:color w:val="FFFF00"/>
          <w:sz w:val="36"/>
          <w:szCs w:val="36"/>
        </w:rPr>
      </w:pPr>
      <w:r w:rsidRPr="00E340A3">
        <w:rPr>
          <w:rFonts w:ascii="Arial" w:hAnsi="Arial" w:cs="Arial"/>
          <w:color w:val="FFFF00"/>
          <w:sz w:val="36"/>
          <w:szCs w:val="36"/>
        </w:rPr>
        <w:lastRenderedPageBreak/>
        <w:t>3. Supporting Documentation</w:t>
      </w:r>
    </w:p>
    <w:p w14:paraId="4C44E572" w14:textId="1293BCB9" w:rsidR="002D71E8" w:rsidRPr="00E340A3" w:rsidRDefault="007A031F" w:rsidP="0092476A">
      <w:pPr>
        <w:spacing w:after="0"/>
        <w:rPr>
          <w:rFonts w:ascii="Arial" w:hAnsi="Arial" w:cs="Arial"/>
          <w:sz w:val="24"/>
          <w:szCs w:val="24"/>
        </w:rPr>
      </w:pPr>
      <w:r w:rsidRPr="00E340A3">
        <w:rPr>
          <w:rFonts w:ascii="Arial" w:hAnsi="Arial" w:cs="Arial"/>
          <w:sz w:val="24"/>
          <w:szCs w:val="24"/>
        </w:rPr>
        <w:br/>
      </w:r>
      <w:r w:rsidR="002D71E8" w:rsidRPr="00E340A3">
        <w:rPr>
          <w:rFonts w:ascii="Arial" w:hAnsi="Arial" w:cs="Arial"/>
          <w:sz w:val="24"/>
          <w:szCs w:val="24"/>
        </w:rPr>
        <w:t>Attach</w:t>
      </w:r>
      <w:r w:rsidR="00496ECF" w:rsidRPr="00E340A3">
        <w:rPr>
          <w:rFonts w:ascii="Arial" w:hAnsi="Arial" w:cs="Arial"/>
          <w:sz w:val="24"/>
          <w:szCs w:val="24"/>
        </w:rPr>
        <w:t>:</w:t>
      </w:r>
    </w:p>
    <w:p w14:paraId="272C05E9" w14:textId="77777777" w:rsidR="00B13B65" w:rsidRPr="00E340A3" w:rsidRDefault="00B13B65" w:rsidP="0092476A">
      <w:pPr>
        <w:spacing w:after="0"/>
        <w:rPr>
          <w:rFonts w:ascii="Arial" w:hAnsi="Arial" w:cs="Arial"/>
          <w:sz w:val="24"/>
          <w:szCs w:val="24"/>
        </w:rPr>
      </w:pPr>
    </w:p>
    <w:p w14:paraId="041ED215" w14:textId="77777777" w:rsidR="00E67C0D" w:rsidRPr="00E340A3" w:rsidRDefault="002D71E8" w:rsidP="008B22B4">
      <w:pPr>
        <w:pStyle w:val="ListParagraph"/>
        <w:numPr>
          <w:ilvl w:val="0"/>
          <w:numId w:val="11"/>
        </w:numPr>
        <w:spacing w:after="0"/>
        <w:rPr>
          <w:rFonts w:ascii="Arial" w:hAnsi="Arial" w:cs="Arial"/>
          <w:sz w:val="24"/>
          <w:szCs w:val="24"/>
        </w:rPr>
      </w:pPr>
      <w:r w:rsidRPr="00E340A3">
        <w:rPr>
          <w:rFonts w:ascii="Arial" w:hAnsi="Arial" w:cs="Arial"/>
          <w:sz w:val="24"/>
          <w:szCs w:val="24"/>
        </w:rPr>
        <w:t>Acce</w:t>
      </w:r>
      <w:r w:rsidR="00E67C0D" w:rsidRPr="00E340A3">
        <w:rPr>
          <w:rFonts w:ascii="Arial" w:hAnsi="Arial" w:cs="Arial"/>
          <w:sz w:val="24"/>
          <w:szCs w:val="24"/>
        </w:rPr>
        <w:t>ssibility Plan (if relevant)</w:t>
      </w:r>
    </w:p>
    <w:p w14:paraId="02AAD26E" w14:textId="77777777" w:rsidR="007F11B8" w:rsidRPr="00E340A3" w:rsidRDefault="00E67C0D" w:rsidP="008B22B4">
      <w:pPr>
        <w:pStyle w:val="ListParagraph"/>
        <w:numPr>
          <w:ilvl w:val="0"/>
          <w:numId w:val="11"/>
        </w:numPr>
        <w:spacing w:after="0"/>
        <w:rPr>
          <w:rFonts w:ascii="Arial" w:hAnsi="Arial" w:cs="Arial"/>
          <w:sz w:val="24"/>
          <w:szCs w:val="24"/>
        </w:rPr>
      </w:pPr>
      <w:r w:rsidRPr="00E340A3">
        <w:rPr>
          <w:rFonts w:ascii="Arial" w:hAnsi="Arial" w:cs="Arial"/>
          <w:sz w:val="24"/>
          <w:szCs w:val="24"/>
        </w:rPr>
        <w:t>Health &amp; Safety Compliance</w:t>
      </w:r>
      <w:r w:rsidR="007F11B8" w:rsidRPr="00E340A3">
        <w:rPr>
          <w:rFonts w:ascii="Arial" w:hAnsi="Arial" w:cs="Arial"/>
          <w:sz w:val="24"/>
          <w:szCs w:val="24"/>
        </w:rPr>
        <w:t xml:space="preserve"> Reports</w:t>
      </w:r>
    </w:p>
    <w:p w14:paraId="56AA3516" w14:textId="77777777" w:rsidR="008B22B4" w:rsidRPr="00E340A3" w:rsidRDefault="007F11B8" w:rsidP="008B22B4">
      <w:pPr>
        <w:pStyle w:val="ListParagraph"/>
        <w:numPr>
          <w:ilvl w:val="0"/>
          <w:numId w:val="11"/>
        </w:numPr>
        <w:spacing w:after="0"/>
        <w:rPr>
          <w:rFonts w:ascii="Arial" w:hAnsi="Arial" w:cs="Arial"/>
          <w:sz w:val="24"/>
          <w:szCs w:val="24"/>
        </w:rPr>
      </w:pPr>
      <w:r w:rsidRPr="00E340A3">
        <w:rPr>
          <w:rFonts w:ascii="Arial" w:hAnsi="Arial" w:cs="Arial"/>
          <w:sz w:val="24"/>
          <w:szCs w:val="24"/>
        </w:rPr>
        <w:t>Ofsted Rating Evidence (for expansion bids)</w:t>
      </w:r>
    </w:p>
    <w:p w14:paraId="0C1C9BF8" w14:textId="77777777" w:rsidR="008B22B4" w:rsidRPr="00E340A3" w:rsidRDefault="008B22B4" w:rsidP="008B22B4">
      <w:pPr>
        <w:pStyle w:val="ListParagraph"/>
        <w:numPr>
          <w:ilvl w:val="0"/>
          <w:numId w:val="11"/>
        </w:numPr>
        <w:spacing w:after="0"/>
        <w:rPr>
          <w:rFonts w:ascii="Arial" w:hAnsi="Arial" w:cs="Arial"/>
          <w:sz w:val="24"/>
          <w:szCs w:val="24"/>
        </w:rPr>
      </w:pPr>
      <w:r w:rsidRPr="00E340A3">
        <w:rPr>
          <w:rFonts w:ascii="Arial" w:hAnsi="Arial" w:cs="Arial"/>
          <w:sz w:val="24"/>
          <w:szCs w:val="24"/>
        </w:rPr>
        <w:t>Capacity Data (pupil numbers and projections)</w:t>
      </w:r>
    </w:p>
    <w:p w14:paraId="29294C41" w14:textId="77777777" w:rsidR="008B22B4" w:rsidRPr="00E340A3" w:rsidRDefault="008B22B4" w:rsidP="0092476A">
      <w:pPr>
        <w:spacing w:after="0"/>
        <w:rPr>
          <w:rFonts w:ascii="Arial" w:hAnsi="Arial" w:cs="Arial"/>
          <w:sz w:val="24"/>
          <w:szCs w:val="24"/>
        </w:rPr>
      </w:pPr>
    </w:p>
    <w:p w14:paraId="4895E825" w14:textId="77777777" w:rsidR="008B22B4" w:rsidRPr="00E340A3" w:rsidRDefault="008B22B4" w:rsidP="0092476A">
      <w:pPr>
        <w:spacing w:after="0"/>
        <w:rPr>
          <w:rFonts w:ascii="Arial" w:hAnsi="Arial" w:cs="Arial"/>
          <w:b/>
          <w:bCs/>
          <w:sz w:val="28"/>
          <w:szCs w:val="28"/>
        </w:rPr>
      </w:pPr>
      <w:r w:rsidRPr="00E340A3">
        <w:rPr>
          <w:rFonts w:ascii="Arial" w:hAnsi="Arial" w:cs="Arial"/>
          <w:b/>
          <w:bCs/>
          <w:sz w:val="28"/>
          <w:szCs w:val="28"/>
        </w:rPr>
        <w:t>Notes:</w:t>
      </w:r>
    </w:p>
    <w:p w14:paraId="6B5E103E" w14:textId="77777777" w:rsidR="008B22B4" w:rsidRPr="00E340A3" w:rsidRDefault="008B22B4" w:rsidP="0092476A">
      <w:pPr>
        <w:spacing w:after="0"/>
        <w:rPr>
          <w:rFonts w:ascii="Arial" w:hAnsi="Arial" w:cs="Arial"/>
          <w:b/>
          <w:bCs/>
          <w:sz w:val="28"/>
          <w:szCs w:val="28"/>
        </w:rPr>
      </w:pPr>
    </w:p>
    <w:p w14:paraId="6E897318" w14:textId="77777777" w:rsidR="008B22B4" w:rsidRPr="00E340A3" w:rsidRDefault="008B22B4" w:rsidP="0092476A">
      <w:pPr>
        <w:spacing w:after="0"/>
        <w:rPr>
          <w:rFonts w:ascii="Arial" w:hAnsi="Arial" w:cs="Arial"/>
          <w:b/>
          <w:bCs/>
          <w:sz w:val="28"/>
          <w:szCs w:val="28"/>
        </w:rPr>
      </w:pPr>
    </w:p>
    <w:p w14:paraId="736F4262" w14:textId="77777777" w:rsidR="008B22B4" w:rsidRPr="00E340A3" w:rsidRDefault="008B22B4" w:rsidP="0092476A">
      <w:pPr>
        <w:spacing w:after="0"/>
        <w:rPr>
          <w:rFonts w:ascii="Arial" w:hAnsi="Arial" w:cs="Arial"/>
          <w:b/>
          <w:bCs/>
          <w:sz w:val="28"/>
          <w:szCs w:val="28"/>
        </w:rPr>
      </w:pPr>
    </w:p>
    <w:p w14:paraId="13604023" w14:textId="77777777" w:rsidR="008B22B4" w:rsidRPr="00E340A3" w:rsidRDefault="008B22B4" w:rsidP="0092476A">
      <w:pPr>
        <w:spacing w:after="0"/>
        <w:rPr>
          <w:rFonts w:ascii="Arial" w:hAnsi="Arial" w:cs="Arial"/>
          <w:b/>
          <w:bCs/>
          <w:sz w:val="28"/>
          <w:szCs w:val="28"/>
        </w:rPr>
      </w:pPr>
    </w:p>
    <w:p w14:paraId="20A4EFFC" w14:textId="77777777" w:rsidR="008B22B4" w:rsidRPr="00E340A3" w:rsidRDefault="008B22B4" w:rsidP="0092476A">
      <w:pPr>
        <w:spacing w:after="0"/>
        <w:rPr>
          <w:rFonts w:ascii="Arial" w:hAnsi="Arial" w:cs="Arial"/>
          <w:b/>
          <w:bCs/>
          <w:sz w:val="28"/>
          <w:szCs w:val="28"/>
        </w:rPr>
      </w:pPr>
    </w:p>
    <w:p w14:paraId="3183D3E7" w14:textId="77777777" w:rsidR="008B22B4" w:rsidRPr="00E340A3" w:rsidRDefault="008B22B4" w:rsidP="0092476A">
      <w:pPr>
        <w:spacing w:after="0"/>
        <w:rPr>
          <w:rFonts w:ascii="Arial" w:hAnsi="Arial" w:cs="Arial"/>
          <w:b/>
          <w:bCs/>
          <w:sz w:val="28"/>
          <w:szCs w:val="28"/>
        </w:rPr>
      </w:pPr>
    </w:p>
    <w:p w14:paraId="279EC70C" w14:textId="77777777" w:rsidR="008B22B4" w:rsidRPr="00E340A3" w:rsidRDefault="008B22B4" w:rsidP="0092476A">
      <w:pPr>
        <w:spacing w:after="0"/>
        <w:rPr>
          <w:rFonts w:ascii="Arial" w:hAnsi="Arial" w:cs="Arial"/>
          <w:b/>
          <w:bCs/>
          <w:sz w:val="28"/>
          <w:szCs w:val="28"/>
        </w:rPr>
      </w:pPr>
    </w:p>
    <w:p w14:paraId="663BEA41" w14:textId="77777777" w:rsidR="008B22B4" w:rsidRPr="00E340A3" w:rsidRDefault="008B22B4" w:rsidP="0092476A">
      <w:pPr>
        <w:spacing w:after="0"/>
        <w:rPr>
          <w:rFonts w:ascii="Arial" w:hAnsi="Arial" w:cs="Arial"/>
          <w:b/>
          <w:bCs/>
          <w:sz w:val="28"/>
          <w:szCs w:val="28"/>
        </w:rPr>
      </w:pPr>
    </w:p>
    <w:p w14:paraId="66022C5C" w14:textId="77777777" w:rsidR="008B22B4" w:rsidRPr="00E340A3" w:rsidRDefault="008B22B4" w:rsidP="0092476A">
      <w:pPr>
        <w:spacing w:after="0"/>
        <w:rPr>
          <w:rFonts w:ascii="Arial" w:hAnsi="Arial" w:cs="Arial"/>
          <w:b/>
          <w:bCs/>
          <w:sz w:val="28"/>
          <w:szCs w:val="28"/>
        </w:rPr>
      </w:pPr>
    </w:p>
    <w:p w14:paraId="7031C779" w14:textId="77777777" w:rsidR="008B22B4" w:rsidRPr="00E340A3" w:rsidRDefault="008B22B4" w:rsidP="0092476A">
      <w:pPr>
        <w:spacing w:after="0"/>
        <w:rPr>
          <w:rFonts w:ascii="Arial" w:hAnsi="Arial" w:cs="Arial"/>
          <w:b/>
          <w:bCs/>
          <w:sz w:val="28"/>
          <w:szCs w:val="28"/>
        </w:rPr>
      </w:pPr>
    </w:p>
    <w:p w14:paraId="6132B4E3" w14:textId="77777777" w:rsidR="008B22B4" w:rsidRPr="00E340A3" w:rsidRDefault="008B22B4" w:rsidP="0092476A">
      <w:pPr>
        <w:spacing w:after="0"/>
        <w:rPr>
          <w:rFonts w:ascii="Arial" w:hAnsi="Arial" w:cs="Arial"/>
          <w:b/>
          <w:bCs/>
          <w:sz w:val="28"/>
          <w:szCs w:val="28"/>
        </w:rPr>
      </w:pPr>
    </w:p>
    <w:p w14:paraId="7C6494E4" w14:textId="77777777" w:rsidR="008B22B4" w:rsidRPr="00E340A3" w:rsidRDefault="008B22B4" w:rsidP="0092476A">
      <w:pPr>
        <w:spacing w:after="0"/>
        <w:rPr>
          <w:rFonts w:ascii="Arial" w:hAnsi="Arial" w:cs="Arial"/>
          <w:b/>
          <w:bCs/>
          <w:sz w:val="28"/>
          <w:szCs w:val="28"/>
        </w:rPr>
      </w:pPr>
    </w:p>
    <w:p w14:paraId="54479238" w14:textId="77777777" w:rsidR="008B22B4" w:rsidRPr="00E340A3" w:rsidRDefault="008B22B4" w:rsidP="0092476A">
      <w:pPr>
        <w:spacing w:after="0"/>
        <w:rPr>
          <w:rFonts w:ascii="Arial" w:hAnsi="Arial" w:cs="Arial"/>
          <w:b/>
          <w:bCs/>
          <w:sz w:val="28"/>
          <w:szCs w:val="28"/>
        </w:rPr>
      </w:pPr>
    </w:p>
    <w:p w14:paraId="0DC3B92B" w14:textId="77777777" w:rsidR="008B22B4" w:rsidRPr="00E340A3" w:rsidRDefault="008B22B4" w:rsidP="0092476A">
      <w:pPr>
        <w:spacing w:after="0"/>
        <w:rPr>
          <w:rFonts w:ascii="Arial" w:hAnsi="Arial" w:cs="Arial"/>
          <w:b/>
          <w:bCs/>
          <w:sz w:val="28"/>
          <w:szCs w:val="28"/>
        </w:rPr>
      </w:pPr>
    </w:p>
    <w:p w14:paraId="1C8AF0DA" w14:textId="77777777" w:rsidR="008B22B4" w:rsidRPr="00E340A3" w:rsidRDefault="008B22B4" w:rsidP="0092476A">
      <w:pPr>
        <w:spacing w:after="0"/>
        <w:rPr>
          <w:rFonts w:ascii="Arial" w:hAnsi="Arial" w:cs="Arial"/>
          <w:b/>
          <w:bCs/>
          <w:sz w:val="28"/>
          <w:szCs w:val="28"/>
        </w:rPr>
      </w:pPr>
    </w:p>
    <w:p w14:paraId="46DE5FFD" w14:textId="77777777" w:rsidR="008B22B4" w:rsidRPr="00E340A3" w:rsidRDefault="008B22B4" w:rsidP="0092476A">
      <w:pPr>
        <w:spacing w:after="0"/>
        <w:rPr>
          <w:rFonts w:ascii="Arial" w:hAnsi="Arial" w:cs="Arial"/>
          <w:b/>
          <w:bCs/>
          <w:sz w:val="28"/>
          <w:szCs w:val="28"/>
        </w:rPr>
      </w:pPr>
    </w:p>
    <w:p w14:paraId="35343D59" w14:textId="77777777" w:rsidR="008B22B4" w:rsidRPr="00E340A3" w:rsidRDefault="008B22B4" w:rsidP="0092476A">
      <w:pPr>
        <w:spacing w:after="0"/>
        <w:rPr>
          <w:rFonts w:ascii="Arial" w:hAnsi="Arial" w:cs="Arial"/>
          <w:b/>
          <w:bCs/>
          <w:sz w:val="28"/>
          <w:szCs w:val="28"/>
        </w:rPr>
      </w:pPr>
    </w:p>
    <w:p w14:paraId="2FF7A7D7" w14:textId="77777777" w:rsidR="008B22B4" w:rsidRPr="00E340A3" w:rsidRDefault="008B22B4" w:rsidP="0092476A">
      <w:pPr>
        <w:spacing w:after="0"/>
        <w:rPr>
          <w:rFonts w:ascii="Arial" w:hAnsi="Arial" w:cs="Arial"/>
          <w:b/>
          <w:bCs/>
          <w:sz w:val="28"/>
          <w:szCs w:val="28"/>
        </w:rPr>
      </w:pPr>
    </w:p>
    <w:p w14:paraId="419D1B10" w14:textId="77777777" w:rsidR="008B22B4" w:rsidRPr="00E340A3" w:rsidRDefault="008B22B4" w:rsidP="0092476A">
      <w:pPr>
        <w:spacing w:after="0"/>
        <w:rPr>
          <w:rFonts w:ascii="Arial" w:hAnsi="Arial" w:cs="Arial"/>
          <w:b/>
          <w:bCs/>
          <w:sz w:val="28"/>
          <w:szCs w:val="28"/>
        </w:rPr>
      </w:pPr>
    </w:p>
    <w:p w14:paraId="5A304461" w14:textId="77777777" w:rsidR="008B22B4" w:rsidRPr="00E340A3" w:rsidRDefault="008B22B4" w:rsidP="0092476A">
      <w:pPr>
        <w:spacing w:after="0"/>
        <w:rPr>
          <w:rFonts w:ascii="Arial" w:hAnsi="Arial" w:cs="Arial"/>
          <w:b/>
          <w:bCs/>
          <w:sz w:val="28"/>
          <w:szCs w:val="28"/>
        </w:rPr>
      </w:pPr>
    </w:p>
    <w:p w14:paraId="36ED1C7A" w14:textId="77777777" w:rsidR="008B22B4" w:rsidRPr="00E340A3" w:rsidRDefault="008B22B4" w:rsidP="0092476A">
      <w:pPr>
        <w:spacing w:after="0"/>
        <w:rPr>
          <w:rFonts w:ascii="Arial" w:hAnsi="Arial" w:cs="Arial"/>
          <w:b/>
          <w:bCs/>
          <w:sz w:val="28"/>
          <w:szCs w:val="28"/>
        </w:rPr>
      </w:pPr>
    </w:p>
    <w:p w14:paraId="23C44968" w14:textId="77777777" w:rsidR="008B22B4" w:rsidRPr="00E340A3" w:rsidRDefault="008B22B4" w:rsidP="0092476A">
      <w:pPr>
        <w:spacing w:after="0"/>
        <w:rPr>
          <w:rFonts w:ascii="Arial" w:hAnsi="Arial" w:cs="Arial"/>
          <w:b/>
          <w:bCs/>
          <w:sz w:val="28"/>
          <w:szCs w:val="28"/>
        </w:rPr>
      </w:pPr>
    </w:p>
    <w:p w14:paraId="75F624D3" w14:textId="77777777" w:rsidR="008B22B4" w:rsidRPr="00E340A3" w:rsidRDefault="008B22B4" w:rsidP="0092476A">
      <w:pPr>
        <w:spacing w:after="0"/>
        <w:rPr>
          <w:rFonts w:ascii="Arial" w:hAnsi="Arial" w:cs="Arial"/>
          <w:b/>
          <w:bCs/>
          <w:sz w:val="28"/>
          <w:szCs w:val="28"/>
        </w:rPr>
      </w:pPr>
    </w:p>
    <w:p w14:paraId="79DA64E6" w14:textId="4F9B2985" w:rsidR="008C1AD5" w:rsidRPr="009660D4" w:rsidRDefault="008B22B4" w:rsidP="0092476A">
      <w:pPr>
        <w:spacing w:after="0"/>
        <w:rPr>
          <w:rFonts w:ascii="Arial" w:hAnsi="Arial" w:cs="Arial"/>
          <w:sz w:val="24"/>
          <w:szCs w:val="24"/>
        </w:rPr>
      </w:pPr>
      <w:r w:rsidRPr="00E340A3">
        <w:rPr>
          <w:rFonts w:ascii="Arial" w:hAnsi="Arial" w:cs="Arial"/>
          <w:sz w:val="24"/>
          <w:szCs w:val="24"/>
        </w:rPr>
        <w:t>(Continued on the next page)</w:t>
      </w:r>
      <w:r w:rsidR="007A031F" w:rsidRPr="00E340A3">
        <w:rPr>
          <w:rFonts w:ascii="Arial" w:hAnsi="Arial" w:cs="Arial"/>
          <w:b/>
          <w:bCs/>
          <w:sz w:val="24"/>
          <w:szCs w:val="24"/>
        </w:rPr>
        <w:br w:type="page"/>
      </w:r>
    </w:p>
    <w:p w14:paraId="1006C23D" w14:textId="77777777" w:rsidR="008B22B4" w:rsidRPr="00E340A3" w:rsidRDefault="008B22B4" w:rsidP="0092476A">
      <w:pPr>
        <w:pStyle w:val="Heading2"/>
        <w:spacing w:before="0"/>
        <w:rPr>
          <w:rFonts w:ascii="Arial" w:hAnsi="Arial" w:cs="Arial"/>
          <w:color w:val="auto"/>
          <w:sz w:val="24"/>
          <w:szCs w:val="24"/>
        </w:rPr>
      </w:pPr>
    </w:p>
    <w:p w14:paraId="4A5DC397" w14:textId="4981B4ED" w:rsidR="008C1AD5" w:rsidRPr="00E340A3" w:rsidRDefault="007A031F" w:rsidP="008B22B4">
      <w:pPr>
        <w:pStyle w:val="Heading2"/>
        <w:shd w:val="clear" w:color="auto" w:fill="002060"/>
        <w:spacing w:before="0"/>
        <w:rPr>
          <w:rFonts w:ascii="Arial" w:hAnsi="Arial" w:cs="Arial"/>
          <w:color w:val="FFFF00"/>
          <w:sz w:val="32"/>
          <w:szCs w:val="32"/>
        </w:rPr>
      </w:pPr>
      <w:r w:rsidRPr="00E340A3">
        <w:rPr>
          <w:rFonts w:ascii="Arial" w:hAnsi="Arial" w:cs="Arial"/>
          <w:color w:val="FFFF00"/>
          <w:sz w:val="32"/>
          <w:szCs w:val="32"/>
        </w:rPr>
        <w:t>4. Project Justification</w:t>
      </w:r>
    </w:p>
    <w:p w14:paraId="3E6670FB" w14:textId="77777777" w:rsidR="008B22B4" w:rsidRPr="00E340A3" w:rsidRDefault="008B22B4" w:rsidP="0092476A">
      <w:pPr>
        <w:spacing w:after="0"/>
        <w:rPr>
          <w:rFonts w:ascii="Arial" w:hAnsi="Arial" w:cs="Arial"/>
          <w:sz w:val="24"/>
          <w:szCs w:val="24"/>
        </w:rPr>
      </w:pPr>
    </w:p>
    <w:p w14:paraId="2B5E4981" w14:textId="5FDEF9E4" w:rsidR="008B22B4" w:rsidRPr="00E340A3" w:rsidRDefault="008B22B4" w:rsidP="0092476A">
      <w:pPr>
        <w:spacing w:after="0"/>
        <w:rPr>
          <w:rFonts w:ascii="Arial" w:hAnsi="Arial" w:cs="Arial"/>
          <w:sz w:val="24"/>
          <w:szCs w:val="24"/>
        </w:rPr>
      </w:pPr>
      <w:r w:rsidRPr="00E340A3">
        <w:rPr>
          <w:rFonts w:ascii="Arial" w:hAnsi="Arial" w:cs="Arial"/>
          <w:sz w:val="24"/>
          <w:szCs w:val="24"/>
        </w:rPr>
        <w:t>Explain</w:t>
      </w:r>
      <w:r w:rsidR="00496ECF" w:rsidRPr="00E340A3">
        <w:rPr>
          <w:rFonts w:ascii="Arial" w:hAnsi="Arial" w:cs="Arial"/>
          <w:sz w:val="24"/>
          <w:szCs w:val="24"/>
        </w:rPr>
        <w:t>:</w:t>
      </w:r>
    </w:p>
    <w:p w14:paraId="09C8B517" w14:textId="77777777" w:rsidR="00B13B65" w:rsidRPr="00E340A3" w:rsidRDefault="00B13B65" w:rsidP="0092476A">
      <w:pPr>
        <w:spacing w:after="0"/>
        <w:rPr>
          <w:rFonts w:ascii="Arial" w:hAnsi="Arial" w:cs="Arial"/>
          <w:sz w:val="24"/>
          <w:szCs w:val="24"/>
        </w:rPr>
      </w:pPr>
    </w:p>
    <w:p w14:paraId="23BBC423" w14:textId="00C82178" w:rsidR="00496ECF" w:rsidRPr="00E340A3" w:rsidRDefault="00496ECF" w:rsidP="00496ECF">
      <w:pPr>
        <w:pStyle w:val="ListParagraph"/>
        <w:numPr>
          <w:ilvl w:val="0"/>
          <w:numId w:val="12"/>
        </w:numPr>
        <w:spacing w:after="0"/>
        <w:rPr>
          <w:rFonts w:ascii="Arial" w:hAnsi="Arial" w:cs="Arial"/>
          <w:sz w:val="24"/>
          <w:szCs w:val="24"/>
        </w:rPr>
      </w:pPr>
      <w:r w:rsidRPr="00E340A3">
        <w:rPr>
          <w:rFonts w:ascii="Arial" w:hAnsi="Arial" w:cs="Arial"/>
          <w:sz w:val="24"/>
          <w:szCs w:val="24"/>
        </w:rPr>
        <w:t>Why the project is critical</w:t>
      </w:r>
    </w:p>
    <w:p w14:paraId="7EBC8B12" w14:textId="71EC292D" w:rsidR="00496ECF" w:rsidRPr="00E340A3" w:rsidRDefault="00496ECF" w:rsidP="00496ECF">
      <w:pPr>
        <w:pStyle w:val="ListParagraph"/>
        <w:numPr>
          <w:ilvl w:val="0"/>
          <w:numId w:val="12"/>
        </w:numPr>
        <w:spacing w:after="0"/>
        <w:rPr>
          <w:rFonts w:ascii="Arial" w:hAnsi="Arial" w:cs="Arial"/>
          <w:sz w:val="24"/>
          <w:szCs w:val="24"/>
        </w:rPr>
      </w:pPr>
      <w:r w:rsidRPr="00E340A3">
        <w:rPr>
          <w:rFonts w:ascii="Arial" w:hAnsi="Arial" w:cs="Arial"/>
          <w:sz w:val="24"/>
          <w:szCs w:val="24"/>
        </w:rPr>
        <w:t>Consequences of not completing the work</w:t>
      </w:r>
    </w:p>
    <w:p w14:paraId="413660EF" w14:textId="46C7015D" w:rsidR="00496ECF" w:rsidRDefault="00496ECF" w:rsidP="00496ECF">
      <w:pPr>
        <w:pStyle w:val="ListParagraph"/>
        <w:numPr>
          <w:ilvl w:val="0"/>
          <w:numId w:val="12"/>
        </w:numPr>
        <w:spacing w:after="0"/>
        <w:rPr>
          <w:rFonts w:ascii="Arial" w:hAnsi="Arial" w:cs="Arial"/>
          <w:sz w:val="24"/>
          <w:szCs w:val="24"/>
        </w:rPr>
      </w:pPr>
      <w:r w:rsidRPr="00E340A3">
        <w:rPr>
          <w:rFonts w:ascii="Arial" w:hAnsi="Arial" w:cs="Arial"/>
          <w:sz w:val="24"/>
          <w:szCs w:val="24"/>
        </w:rPr>
        <w:t>How the project supports educational outcomes</w:t>
      </w:r>
    </w:p>
    <w:p w14:paraId="785F0DBA" w14:textId="1229C442" w:rsidR="009660D4" w:rsidRDefault="009660D4" w:rsidP="00496ECF">
      <w:pPr>
        <w:pStyle w:val="ListParagraph"/>
        <w:numPr>
          <w:ilvl w:val="0"/>
          <w:numId w:val="12"/>
        </w:numPr>
        <w:spacing w:after="0"/>
        <w:rPr>
          <w:rFonts w:ascii="Arial" w:hAnsi="Arial" w:cs="Arial"/>
          <w:sz w:val="24"/>
          <w:szCs w:val="24"/>
        </w:rPr>
      </w:pPr>
      <w:r>
        <w:rPr>
          <w:rFonts w:ascii="Arial" w:hAnsi="Arial" w:cs="Arial"/>
          <w:sz w:val="24"/>
          <w:szCs w:val="24"/>
        </w:rPr>
        <w:t xml:space="preserve">Risk concerns </w:t>
      </w:r>
    </w:p>
    <w:p w14:paraId="1F9B2591" w14:textId="633570B3" w:rsidR="009660D4" w:rsidRDefault="009660D4" w:rsidP="00496ECF">
      <w:pPr>
        <w:pStyle w:val="ListParagraph"/>
        <w:numPr>
          <w:ilvl w:val="0"/>
          <w:numId w:val="12"/>
        </w:numPr>
        <w:spacing w:after="0"/>
        <w:rPr>
          <w:rFonts w:ascii="Arial" w:hAnsi="Arial" w:cs="Arial"/>
          <w:sz w:val="24"/>
          <w:szCs w:val="24"/>
        </w:rPr>
      </w:pPr>
      <w:r>
        <w:rPr>
          <w:rFonts w:ascii="Arial" w:hAnsi="Arial" w:cs="Arial"/>
          <w:sz w:val="24"/>
          <w:szCs w:val="24"/>
        </w:rPr>
        <w:t xml:space="preserve">Impact on education </w:t>
      </w:r>
    </w:p>
    <w:p w14:paraId="48FD51B2" w14:textId="288A29EA" w:rsidR="009660D4" w:rsidRPr="00E340A3" w:rsidRDefault="009660D4" w:rsidP="00496ECF">
      <w:pPr>
        <w:pStyle w:val="ListParagraph"/>
        <w:numPr>
          <w:ilvl w:val="0"/>
          <w:numId w:val="12"/>
        </w:numPr>
        <w:spacing w:after="0"/>
        <w:rPr>
          <w:rFonts w:ascii="Arial" w:hAnsi="Arial" w:cs="Arial"/>
          <w:sz w:val="24"/>
          <w:szCs w:val="24"/>
        </w:rPr>
      </w:pPr>
      <w:r>
        <w:rPr>
          <w:rFonts w:ascii="Arial" w:hAnsi="Arial" w:cs="Arial"/>
          <w:sz w:val="24"/>
          <w:szCs w:val="24"/>
        </w:rPr>
        <w:t xml:space="preserve">Impact on health and safety </w:t>
      </w:r>
    </w:p>
    <w:p w14:paraId="296248EE" w14:textId="77777777" w:rsidR="00496ECF" w:rsidRPr="00E340A3" w:rsidRDefault="00496ECF" w:rsidP="0092476A">
      <w:pPr>
        <w:spacing w:after="0"/>
        <w:rPr>
          <w:rFonts w:ascii="Arial" w:hAnsi="Arial" w:cs="Arial"/>
          <w:sz w:val="24"/>
          <w:szCs w:val="24"/>
        </w:rPr>
      </w:pPr>
    </w:p>
    <w:p w14:paraId="72165500" w14:textId="03296BEB" w:rsidR="00496ECF" w:rsidRPr="00E340A3" w:rsidRDefault="00496ECF" w:rsidP="0092476A">
      <w:pPr>
        <w:spacing w:after="0"/>
        <w:rPr>
          <w:rFonts w:ascii="Arial" w:hAnsi="Arial" w:cs="Arial"/>
          <w:b/>
          <w:bCs/>
          <w:sz w:val="28"/>
          <w:szCs w:val="28"/>
        </w:rPr>
      </w:pPr>
      <w:r w:rsidRPr="00E340A3">
        <w:rPr>
          <w:rFonts w:ascii="Arial" w:hAnsi="Arial" w:cs="Arial"/>
          <w:b/>
          <w:bCs/>
          <w:sz w:val="28"/>
          <w:szCs w:val="28"/>
        </w:rPr>
        <w:t>Notes:</w:t>
      </w:r>
    </w:p>
    <w:p w14:paraId="3C942CFE" w14:textId="77777777" w:rsidR="00B13B65" w:rsidRPr="00E340A3" w:rsidRDefault="00B13B65" w:rsidP="0092476A">
      <w:pPr>
        <w:spacing w:after="0"/>
        <w:rPr>
          <w:rFonts w:ascii="Arial" w:hAnsi="Arial" w:cs="Arial"/>
          <w:sz w:val="24"/>
          <w:szCs w:val="24"/>
        </w:rPr>
      </w:pPr>
    </w:p>
    <w:p w14:paraId="51D45297" w14:textId="77777777" w:rsidR="00B13B65" w:rsidRPr="00E340A3" w:rsidRDefault="00B13B65" w:rsidP="0092476A">
      <w:pPr>
        <w:spacing w:after="0"/>
        <w:rPr>
          <w:rFonts w:ascii="Arial" w:hAnsi="Arial" w:cs="Arial"/>
          <w:sz w:val="24"/>
          <w:szCs w:val="24"/>
        </w:rPr>
      </w:pPr>
    </w:p>
    <w:p w14:paraId="68D578CD" w14:textId="77777777" w:rsidR="00B13B65" w:rsidRPr="00E340A3" w:rsidRDefault="00B13B65" w:rsidP="0092476A">
      <w:pPr>
        <w:spacing w:after="0"/>
        <w:rPr>
          <w:rFonts w:ascii="Arial" w:hAnsi="Arial" w:cs="Arial"/>
          <w:sz w:val="24"/>
          <w:szCs w:val="24"/>
        </w:rPr>
      </w:pPr>
    </w:p>
    <w:p w14:paraId="64DCF8F0" w14:textId="77777777" w:rsidR="00B13B65" w:rsidRPr="00E340A3" w:rsidRDefault="00B13B65" w:rsidP="0092476A">
      <w:pPr>
        <w:spacing w:after="0"/>
        <w:rPr>
          <w:rFonts w:ascii="Arial" w:hAnsi="Arial" w:cs="Arial"/>
          <w:sz w:val="24"/>
          <w:szCs w:val="24"/>
        </w:rPr>
      </w:pPr>
    </w:p>
    <w:p w14:paraId="18AE3479" w14:textId="77777777" w:rsidR="00B13B65" w:rsidRPr="00E340A3" w:rsidRDefault="00B13B65" w:rsidP="0092476A">
      <w:pPr>
        <w:spacing w:after="0"/>
        <w:rPr>
          <w:rFonts w:ascii="Arial" w:hAnsi="Arial" w:cs="Arial"/>
          <w:sz w:val="24"/>
          <w:szCs w:val="24"/>
        </w:rPr>
      </w:pPr>
    </w:p>
    <w:p w14:paraId="565DF7DA" w14:textId="77777777" w:rsidR="00B13B65" w:rsidRPr="00E340A3" w:rsidRDefault="00B13B65" w:rsidP="0092476A">
      <w:pPr>
        <w:spacing w:after="0"/>
        <w:rPr>
          <w:rFonts w:ascii="Arial" w:hAnsi="Arial" w:cs="Arial"/>
          <w:sz w:val="24"/>
          <w:szCs w:val="24"/>
        </w:rPr>
      </w:pPr>
    </w:p>
    <w:p w14:paraId="35745F90" w14:textId="77777777" w:rsidR="00B13B65" w:rsidRPr="00E340A3" w:rsidRDefault="00B13B65" w:rsidP="0092476A">
      <w:pPr>
        <w:spacing w:after="0"/>
        <w:rPr>
          <w:rFonts w:ascii="Arial" w:hAnsi="Arial" w:cs="Arial"/>
          <w:sz w:val="24"/>
          <w:szCs w:val="24"/>
        </w:rPr>
      </w:pPr>
    </w:p>
    <w:p w14:paraId="53C3D55C" w14:textId="77777777" w:rsidR="00B13B65" w:rsidRPr="00E340A3" w:rsidRDefault="00B13B65" w:rsidP="0092476A">
      <w:pPr>
        <w:spacing w:after="0"/>
        <w:rPr>
          <w:rFonts w:ascii="Arial" w:hAnsi="Arial" w:cs="Arial"/>
          <w:sz w:val="24"/>
          <w:szCs w:val="24"/>
        </w:rPr>
      </w:pPr>
    </w:p>
    <w:p w14:paraId="2DED7983" w14:textId="77777777" w:rsidR="00B13B65" w:rsidRPr="00E340A3" w:rsidRDefault="00B13B65" w:rsidP="0092476A">
      <w:pPr>
        <w:spacing w:after="0"/>
        <w:rPr>
          <w:rFonts w:ascii="Arial" w:hAnsi="Arial" w:cs="Arial"/>
          <w:sz w:val="24"/>
          <w:szCs w:val="24"/>
        </w:rPr>
      </w:pPr>
    </w:p>
    <w:p w14:paraId="6CEA2C30" w14:textId="77777777" w:rsidR="00B13B65" w:rsidRPr="00E340A3" w:rsidRDefault="00B13B65" w:rsidP="0092476A">
      <w:pPr>
        <w:spacing w:after="0"/>
        <w:rPr>
          <w:rFonts w:ascii="Arial" w:hAnsi="Arial" w:cs="Arial"/>
          <w:sz w:val="24"/>
          <w:szCs w:val="24"/>
        </w:rPr>
      </w:pPr>
    </w:p>
    <w:p w14:paraId="292594D4" w14:textId="77777777" w:rsidR="00B13B65" w:rsidRPr="00E340A3" w:rsidRDefault="00B13B65" w:rsidP="0092476A">
      <w:pPr>
        <w:spacing w:after="0"/>
        <w:rPr>
          <w:rFonts w:ascii="Arial" w:hAnsi="Arial" w:cs="Arial"/>
          <w:sz w:val="24"/>
          <w:szCs w:val="24"/>
        </w:rPr>
      </w:pPr>
    </w:p>
    <w:p w14:paraId="11D30649" w14:textId="77777777" w:rsidR="00B13B65" w:rsidRPr="00E340A3" w:rsidRDefault="00B13B65" w:rsidP="0092476A">
      <w:pPr>
        <w:spacing w:after="0"/>
        <w:rPr>
          <w:rFonts w:ascii="Arial" w:hAnsi="Arial" w:cs="Arial"/>
          <w:sz w:val="24"/>
          <w:szCs w:val="24"/>
        </w:rPr>
      </w:pPr>
    </w:p>
    <w:p w14:paraId="3C0453AF" w14:textId="77777777" w:rsidR="00B13B65" w:rsidRPr="00E340A3" w:rsidRDefault="00B13B65" w:rsidP="0092476A">
      <w:pPr>
        <w:spacing w:after="0"/>
        <w:rPr>
          <w:rFonts w:ascii="Arial" w:hAnsi="Arial" w:cs="Arial"/>
          <w:sz w:val="24"/>
          <w:szCs w:val="24"/>
        </w:rPr>
      </w:pPr>
    </w:p>
    <w:p w14:paraId="0323024E" w14:textId="77777777" w:rsidR="00B13B65" w:rsidRPr="00E340A3" w:rsidRDefault="00B13B65" w:rsidP="0092476A">
      <w:pPr>
        <w:spacing w:after="0"/>
        <w:rPr>
          <w:rFonts w:ascii="Arial" w:hAnsi="Arial" w:cs="Arial"/>
          <w:sz w:val="24"/>
          <w:szCs w:val="24"/>
        </w:rPr>
      </w:pPr>
    </w:p>
    <w:p w14:paraId="5D5795C1" w14:textId="77777777" w:rsidR="00B13B65" w:rsidRPr="00E340A3" w:rsidRDefault="00B13B65" w:rsidP="0092476A">
      <w:pPr>
        <w:spacing w:after="0"/>
        <w:rPr>
          <w:rFonts w:ascii="Arial" w:hAnsi="Arial" w:cs="Arial"/>
          <w:sz w:val="24"/>
          <w:szCs w:val="24"/>
        </w:rPr>
      </w:pPr>
    </w:p>
    <w:p w14:paraId="4D24107F" w14:textId="77777777" w:rsidR="00B13B65" w:rsidRPr="00E340A3" w:rsidRDefault="00B13B65" w:rsidP="0092476A">
      <w:pPr>
        <w:spacing w:after="0"/>
        <w:rPr>
          <w:rFonts w:ascii="Arial" w:hAnsi="Arial" w:cs="Arial"/>
          <w:sz w:val="24"/>
          <w:szCs w:val="24"/>
        </w:rPr>
      </w:pPr>
    </w:p>
    <w:p w14:paraId="5589703F" w14:textId="77777777" w:rsidR="00B13B65" w:rsidRPr="00E340A3" w:rsidRDefault="00B13B65" w:rsidP="0092476A">
      <w:pPr>
        <w:spacing w:after="0"/>
        <w:rPr>
          <w:rFonts w:ascii="Arial" w:hAnsi="Arial" w:cs="Arial"/>
          <w:sz w:val="24"/>
          <w:szCs w:val="24"/>
        </w:rPr>
      </w:pPr>
    </w:p>
    <w:p w14:paraId="7226FF9E" w14:textId="77777777" w:rsidR="00B13B65" w:rsidRPr="00E340A3" w:rsidRDefault="00B13B65" w:rsidP="0092476A">
      <w:pPr>
        <w:spacing w:after="0"/>
        <w:rPr>
          <w:rFonts w:ascii="Arial" w:hAnsi="Arial" w:cs="Arial"/>
          <w:sz w:val="24"/>
          <w:szCs w:val="24"/>
        </w:rPr>
      </w:pPr>
    </w:p>
    <w:p w14:paraId="14E936FD" w14:textId="77777777" w:rsidR="00B13B65" w:rsidRPr="00E340A3" w:rsidRDefault="00B13B65" w:rsidP="0092476A">
      <w:pPr>
        <w:spacing w:after="0"/>
        <w:rPr>
          <w:rFonts w:ascii="Arial" w:hAnsi="Arial" w:cs="Arial"/>
          <w:sz w:val="24"/>
          <w:szCs w:val="24"/>
        </w:rPr>
      </w:pPr>
    </w:p>
    <w:p w14:paraId="190B08EB" w14:textId="77777777" w:rsidR="00B13B65" w:rsidRPr="00E340A3" w:rsidRDefault="00B13B65" w:rsidP="0092476A">
      <w:pPr>
        <w:spacing w:after="0"/>
        <w:rPr>
          <w:rFonts w:ascii="Arial" w:hAnsi="Arial" w:cs="Arial"/>
          <w:sz w:val="24"/>
          <w:szCs w:val="24"/>
        </w:rPr>
      </w:pPr>
    </w:p>
    <w:p w14:paraId="6004F371" w14:textId="77777777" w:rsidR="00B13B65" w:rsidRPr="00E340A3" w:rsidRDefault="00B13B65" w:rsidP="0092476A">
      <w:pPr>
        <w:spacing w:after="0"/>
        <w:rPr>
          <w:rFonts w:ascii="Arial" w:hAnsi="Arial" w:cs="Arial"/>
          <w:sz w:val="24"/>
          <w:szCs w:val="24"/>
        </w:rPr>
      </w:pPr>
    </w:p>
    <w:p w14:paraId="39C68652" w14:textId="77777777" w:rsidR="00B13B65" w:rsidRPr="00E340A3" w:rsidRDefault="00B13B65" w:rsidP="0092476A">
      <w:pPr>
        <w:spacing w:after="0"/>
        <w:rPr>
          <w:rFonts w:ascii="Arial" w:hAnsi="Arial" w:cs="Arial"/>
          <w:sz w:val="24"/>
          <w:szCs w:val="24"/>
        </w:rPr>
      </w:pPr>
    </w:p>
    <w:p w14:paraId="1299E974" w14:textId="77777777" w:rsidR="00B13B65" w:rsidRPr="00E340A3" w:rsidRDefault="00B13B65" w:rsidP="0092476A">
      <w:pPr>
        <w:spacing w:after="0"/>
        <w:rPr>
          <w:rFonts w:ascii="Arial" w:hAnsi="Arial" w:cs="Arial"/>
          <w:sz w:val="24"/>
          <w:szCs w:val="24"/>
        </w:rPr>
      </w:pPr>
    </w:p>
    <w:p w14:paraId="7FB6A970" w14:textId="77777777" w:rsidR="00B13B65" w:rsidRPr="00E340A3" w:rsidRDefault="00B13B65" w:rsidP="0092476A">
      <w:pPr>
        <w:spacing w:after="0"/>
        <w:rPr>
          <w:rFonts w:ascii="Arial" w:hAnsi="Arial" w:cs="Arial"/>
          <w:sz w:val="24"/>
          <w:szCs w:val="24"/>
        </w:rPr>
      </w:pPr>
    </w:p>
    <w:p w14:paraId="16DDCCA7" w14:textId="77777777" w:rsidR="00B13B65" w:rsidRPr="00E340A3" w:rsidRDefault="00B13B65" w:rsidP="0092476A">
      <w:pPr>
        <w:spacing w:after="0"/>
        <w:rPr>
          <w:rFonts w:ascii="Arial" w:hAnsi="Arial" w:cs="Arial"/>
          <w:sz w:val="24"/>
          <w:szCs w:val="24"/>
        </w:rPr>
      </w:pPr>
    </w:p>
    <w:p w14:paraId="5600DE76" w14:textId="77777777" w:rsidR="00B13B65" w:rsidRPr="00E340A3" w:rsidRDefault="00B13B65" w:rsidP="00B13B65">
      <w:pPr>
        <w:spacing w:after="0"/>
        <w:rPr>
          <w:rFonts w:ascii="Arial" w:hAnsi="Arial" w:cs="Arial"/>
          <w:sz w:val="24"/>
          <w:szCs w:val="24"/>
        </w:rPr>
      </w:pPr>
      <w:r w:rsidRPr="00E340A3">
        <w:rPr>
          <w:rFonts w:ascii="Arial" w:hAnsi="Arial" w:cs="Arial"/>
          <w:sz w:val="24"/>
          <w:szCs w:val="24"/>
        </w:rPr>
        <w:t>(Continued on the next page)</w:t>
      </w:r>
    </w:p>
    <w:p w14:paraId="561418D4" w14:textId="77777777" w:rsidR="00B13B65" w:rsidRPr="00E340A3" w:rsidRDefault="00B13B65" w:rsidP="0092476A">
      <w:pPr>
        <w:spacing w:after="0"/>
        <w:rPr>
          <w:rFonts w:ascii="Arial" w:hAnsi="Arial" w:cs="Arial"/>
          <w:sz w:val="24"/>
          <w:szCs w:val="24"/>
        </w:rPr>
      </w:pPr>
    </w:p>
    <w:p w14:paraId="54B06BDA" w14:textId="266ACD6E" w:rsidR="008C1AD5" w:rsidRPr="00E340A3" w:rsidRDefault="008C1AD5" w:rsidP="0092476A">
      <w:pPr>
        <w:spacing w:after="0"/>
        <w:rPr>
          <w:rFonts w:ascii="Arial" w:hAnsi="Arial" w:cs="Arial"/>
          <w:sz w:val="24"/>
          <w:szCs w:val="24"/>
        </w:rPr>
      </w:pPr>
    </w:p>
    <w:p w14:paraId="0F267413" w14:textId="77777777" w:rsidR="008C1AD5" w:rsidRPr="00E340A3" w:rsidRDefault="007A031F" w:rsidP="001D6053">
      <w:pPr>
        <w:pStyle w:val="Heading2"/>
        <w:shd w:val="clear" w:color="auto" w:fill="002060"/>
        <w:spacing w:before="0"/>
        <w:rPr>
          <w:rFonts w:ascii="Arial" w:hAnsi="Arial" w:cs="Arial"/>
          <w:color w:val="FFFF00"/>
          <w:sz w:val="32"/>
          <w:szCs w:val="32"/>
        </w:rPr>
      </w:pPr>
      <w:r w:rsidRPr="00E340A3">
        <w:rPr>
          <w:rFonts w:ascii="Arial" w:hAnsi="Arial" w:cs="Arial"/>
          <w:color w:val="FFFF00"/>
          <w:sz w:val="32"/>
          <w:szCs w:val="32"/>
        </w:rPr>
        <w:t>5. Financial &amp; Delivery Assurance</w:t>
      </w:r>
    </w:p>
    <w:p w14:paraId="3208632A" w14:textId="4B4379AA" w:rsidR="001D6053" w:rsidRPr="00E340A3" w:rsidRDefault="001D6053" w:rsidP="0092476A">
      <w:pPr>
        <w:spacing w:after="0"/>
        <w:rPr>
          <w:rFonts w:ascii="Arial" w:hAnsi="Arial" w:cs="Arial"/>
          <w:sz w:val="24"/>
          <w:szCs w:val="24"/>
        </w:rPr>
      </w:pPr>
    </w:p>
    <w:p w14:paraId="1D107533" w14:textId="0A74EF09" w:rsidR="001D6053" w:rsidRPr="00E340A3" w:rsidRDefault="001D6053" w:rsidP="0092476A">
      <w:pPr>
        <w:spacing w:after="0"/>
        <w:rPr>
          <w:rFonts w:ascii="Arial" w:hAnsi="Arial" w:cs="Arial"/>
          <w:sz w:val="24"/>
          <w:szCs w:val="24"/>
        </w:rPr>
      </w:pPr>
      <w:r w:rsidRPr="00E340A3">
        <w:rPr>
          <w:rFonts w:ascii="Arial" w:hAnsi="Arial" w:cs="Arial"/>
          <w:sz w:val="24"/>
          <w:szCs w:val="24"/>
        </w:rPr>
        <w:t>Confirm:</w:t>
      </w:r>
    </w:p>
    <w:p w14:paraId="5ED8C4DF" w14:textId="77777777" w:rsidR="001D6053" w:rsidRPr="00E340A3" w:rsidRDefault="001D6053" w:rsidP="0092476A">
      <w:pPr>
        <w:spacing w:after="0"/>
        <w:rPr>
          <w:rFonts w:ascii="Arial" w:hAnsi="Arial" w:cs="Arial"/>
          <w:sz w:val="24"/>
          <w:szCs w:val="24"/>
        </w:rPr>
      </w:pPr>
    </w:p>
    <w:p w14:paraId="15B517F9" w14:textId="35E9C9D7" w:rsidR="001D6053" w:rsidRPr="00E340A3" w:rsidRDefault="001D6053" w:rsidP="006F4BC5">
      <w:pPr>
        <w:pStyle w:val="ListParagraph"/>
        <w:numPr>
          <w:ilvl w:val="0"/>
          <w:numId w:val="13"/>
        </w:numPr>
        <w:spacing w:after="0"/>
        <w:rPr>
          <w:rFonts w:ascii="Arial" w:hAnsi="Arial" w:cs="Arial"/>
          <w:sz w:val="24"/>
          <w:szCs w:val="24"/>
        </w:rPr>
      </w:pPr>
      <w:r w:rsidRPr="00E340A3">
        <w:rPr>
          <w:rFonts w:ascii="Arial" w:hAnsi="Arial" w:cs="Arial"/>
          <w:sz w:val="24"/>
          <w:szCs w:val="24"/>
        </w:rPr>
        <w:t>Project cost is realistic and wit</w:t>
      </w:r>
      <w:r w:rsidR="006F4BC5" w:rsidRPr="00E340A3">
        <w:rPr>
          <w:rFonts w:ascii="Arial" w:hAnsi="Arial" w:cs="Arial"/>
          <w:sz w:val="24"/>
          <w:szCs w:val="24"/>
        </w:rPr>
        <w:t>hin CIF Limits</w:t>
      </w:r>
    </w:p>
    <w:p w14:paraId="43EADC04" w14:textId="65490B0C" w:rsidR="006F4BC5" w:rsidRPr="00E340A3" w:rsidRDefault="006F4BC5" w:rsidP="006F4BC5">
      <w:pPr>
        <w:pStyle w:val="ListParagraph"/>
        <w:numPr>
          <w:ilvl w:val="0"/>
          <w:numId w:val="13"/>
        </w:numPr>
        <w:spacing w:after="0"/>
        <w:rPr>
          <w:rFonts w:ascii="Arial" w:hAnsi="Arial" w:cs="Arial"/>
          <w:sz w:val="24"/>
          <w:szCs w:val="24"/>
        </w:rPr>
      </w:pPr>
      <w:r w:rsidRPr="00E340A3">
        <w:rPr>
          <w:rFonts w:ascii="Arial" w:hAnsi="Arial" w:cs="Arial"/>
          <w:sz w:val="24"/>
          <w:szCs w:val="24"/>
        </w:rPr>
        <w:t>Delivery plan with timeline and risk mitigation</w:t>
      </w:r>
    </w:p>
    <w:p w14:paraId="47AE02BB" w14:textId="7E8C35E5" w:rsidR="006F4BC5" w:rsidRPr="00E340A3" w:rsidRDefault="006F4BC5" w:rsidP="006F4BC5">
      <w:pPr>
        <w:pStyle w:val="ListParagraph"/>
        <w:numPr>
          <w:ilvl w:val="0"/>
          <w:numId w:val="13"/>
        </w:numPr>
        <w:spacing w:after="0"/>
        <w:rPr>
          <w:rFonts w:ascii="Arial" w:hAnsi="Arial" w:cs="Arial"/>
          <w:sz w:val="24"/>
          <w:szCs w:val="24"/>
        </w:rPr>
      </w:pPr>
      <w:r w:rsidRPr="00E340A3">
        <w:rPr>
          <w:rFonts w:ascii="Arial" w:hAnsi="Arial" w:cs="Arial"/>
          <w:sz w:val="24"/>
          <w:szCs w:val="24"/>
        </w:rPr>
        <w:t>Contingency arrangements</w:t>
      </w:r>
    </w:p>
    <w:p w14:paraId="6AFF04A5" w14:textId="77777777" w:rsidR="006F4BC5" w:rsidRPr="00E340A3" w:rsidRDefault="006F4BC5" w:rsidP="0092476A">
      <w:pPr>
        <w:spacing w:after="0"/>
        <w:rPr>
          <w:rFonts w:ascii="Arial" w:hAnsi="Arial" w:cs="Arial"/>
          <w:sz w:val="24"/>
          <w:szCs w:val="24"/>
        </w:rPr>
      </w:pPr>
    </w:p>
    <w:p w14:paraId="51B15FE1" w14:textId="5FC7B726" w:rsidR="006F4BC5" w:rsidRPr="00E340A3" w:rsidRDefault="006F4BC5" w:rsidP="0092476A">
      <w:pPr>
        <w:spacing w:after="0"/>
        <w:rPr>
          <w:rFonts w:ascii="Arial" w:hAnsi="Arial" w:cs="Arial"/>
          <w:b/>
          <w:bCs/>
          <w:sz w:val="28"/>
          <w:szCs w:val="28"/>
        </w:rPr>
      </w:pPr>
      <w:r w:rsidRPr="00E340A3">
        <w:rPr>
          <w:rFonts w:ascii="Arial" w:hAnsi="Arial" w:cs="Arial"/>
          <w:b/>
          <w:bCs/>
          <w:sz w:val="28"/>
          <w:szCs w:val="28"/>
        </w:rPr>
        <w:t>Notes:</w:t>
      </w:r>
    </w:p>
    <w:p w14:paraId="1167418C" w14:textId="3234DAF5" w:rsidR="008C1AD5" w:rsidRPr="00E340A3" w:rsidRDefault="008C1AD5" w:rsidP="0092476A">
      <w:pPr>
        <w:spacing w:after="0"/>
        <w:rPr>
          <w:rFonts w:ascii="Arial" w:hAnsi="Arial" w:cs="Arial"/>
          <w:sz w:val="24"/>
          <w:szCs w:val="24"/>
        </w:rPr>
      </w:pPr>
    </w:p>
    <w:p w14:paraId="6DF9EA66" w14:textId="77777777" w:rsidR="00E64621" w:rsidRPr="00E340A3" w:rsidRDefault="00E64621" w:rsidP="0092476A">
      <w:pPr>
        <w:spacing w:after="0"/>
        <w:rPr>
          <w:rFonts w:ascii="Arial" w:hAnsi="Arial" w:cs="Arial"/>
          <w:sz w:val="24"/>
          <w:szCs w:val="24"/>
        </w:rPr>
      </w:pPr>
    </w:p>
    <w:p w14:paraId="1399297E" w14:textId="77777777" w:rsidR="00E64621" w:rsidRPr="00E340A3" w:rsidRDefault="00E64621" w:rsidP="0092476A">
      <w:pPr>
        <w:spacing w:after="0"/>
        <w:rPr>
          <w:rFonts w:ascii="Arial" w:hAnsi="Arial" w:cs="Arial"/>
          <w:sz w:val="24"/>
          <w:szCs w:val="24"/>
        </w:rPr>
      </w:pPr>
    </w:p>
    <w:p w14:paraId="3330DB0D" w14:textId="77777777" w:rsidR="00E64621" w:rsidRPr="00E340A3" w:rsidRDefault="00E64621" w:rsidP="0092476A">
      <w:pPr>
        <w:spacing w:after="0"/>
        <w:rPr>
          <w:rFonts w:ascii="Arial" w:hAnsi="Arial" w:cs="Arial"/>
          <w:sz w:val="24"/>
          <w:szCs w:val="24"/>
        </w:rPr>
      </w:pPr>
    </w:p>
    <w:p w14:paraId="4A652E85" w14:textId="77777777" w:rsidR="00E64621" w:rsidRPr="00E340A3" w:rsidRDefault="00E64621" w:rsidP="0092476A">
      <w:pPr>
        <w:spacing w:after="0"/>
        <w:rPr>
          <w:rFonts w:ascii="Arial" w:hAnsi="Arial" w:cs="Arial"/>
          <w:sz w:val="24"/>
          <w:szCs w:val="24"/>
        </w:rPr>
      </w:pPr>
    </w:p>
    <w:p w14:paraId="3FDF2F8D" w14:textId="77777777" w:rsidR="00E64621" w:rsidRPr="00E340A3" w:rsidRDefault="00E64621" w:rsidP="0092476A">
      <w:pPr>
        <w:spacing w:after="0"/>
        <w:rPr>
          <w:rFonts w:ascii="Arial" w:hAnsi="Arial" w:cs="Arial"/>
          <w:sz w:val="24"/>
          <w:szCs w:val="24"/>
        </w:rPr>
      </w:pPr>
    </w:p>
    <w:p w14:paraId="7ED78AA3" w14:textId="77777777" w:rsidR="00E64621" w:rsidRPr="00E340A3" w:rsidRDefault="00E64621" w:rsidP="0092476A">
      <w:pPr>
        <w:spacing w:after="0"/>
        <w:rPr>
          <w:rFonts w:ascii="Arial" w:hAnsi="Arial" w:cs="Arial"/>
          <w:sz w:val="24"/>
          <w:szCs w:val="24"/>
        </w:rPr>
      </w:pPr>
    </w:p>
    <w:p w14:paraId="31D8E673" w14:textId="77777777" w:rsidR="00E64621" w:rsidRPr="00E340A3" w:rsidRDefault="00E64621" w:rsidP="0092476A">
      <w:pPr>
        <w:spacing w:after="0"/>
        <w:rPr>
          <w:rFonts w:ascii="Arial" w:hAnsi="Arial" w:cs="Arial"/>
          <w:sz w:val="24"/>
          <w:szCs w:val="24"/>
        </w:rPr>
      </w:pPr>
    </w:p>
    <w:p w14:paraId="4A1CE3A6" w14:textId="77777777" w:rsidR="00E64621" w:rsidRPr="00E340A3" w:rsidRDefault="00E64621" w:rsidP="0092476A">
      <w:pPr>
        <w:spacing w:after="0"/>
        <w:rPr>
          <w:rFonts w:ascii="Arial" w:hAnsi="Arial" w:cs="Arial"/>
          <w:sz w:val="24"/>
          <w:szCs w:val="24"/>
        </w:rPr>
      </w:pPr>
    </w:p>
    <w:p w14:paraId="7431F865" w14:textId="77777777" w:rsidR="00E64621" w:rsidRPr="00E340A3" w:rsidRDefault="00E64621" w:rsidP="0092476A">
      <w:pPr>
        <w:spacing w:after="0"/>
        <w:rPr>
          <w:rFonts w:ascii="Arial" w:hAnsi="Arial" w:cs="Arial"/>
          <w:sz w:val="24"/>
          <w:szCs w:val="24"/>
        </w:rPr>
      </w:pPr>
    </w:p>
    <w:p w14:paraId="44970540" w14:textId="77777777" w:rsidR="00E64621" w:rsidRPr="00E340A3" w:rsidRDefault="00E64621" w:rsidP="0092476A">
      <w:pPr>
        <w:spacing w:after="0"/>
        <w:rPr>
          <w:rFonts w:ascii="Arial" w:hAnsi="Arial" w:cs="Arial"/>
          <w:sz w:val="24"/>
          <w:szCs w:val="24"/>
        </w:rPr>
      </w:pPr>
    </w:p>
    <w:p w14:paraId="5DAB4239" w14:textId="77777777" w:rsidR="00E64621" w:rsidRPr="00E340A3" w:rsidRDefault="00E64621" w:rsidP="0092476A">
      <w:pPr>
        <w:spacing w:after="0"/>
        <w:rPr>
          <w:rFonts w:ascii="Arial" w:hAnsi="Arial" w:cs="Arial"/>
          <w:sz w:val="24"/>
          <w:szCs w:val="24"/>
        </w:rPr>
      </w:pPr>
    </w:p>
    <w:p w14:paraId="5754B984" w14:textId="77777777" w:rsidR="00E64621" w:rsidRPr="00E340A3" w:rsidRDefault="00E64621" w:rsidP="0092476A">
      <w:pPr>
        <w:spacing w:after="0"/>
        <w:rPr>
          <w:rFonts w:ascii="Arial" w:hAnsi="Arial" w:cs="Arial"/>
          <w:sz w:val="24"/>
          <w:szCs w:val="24"/>
        </w:rPr>
      </w:pPr>
    </w:p>
    <w:p w14:paraId="71CF8962" w14:textId="77777777" w:rsidR="00E64621" w:rsidRPr="00E340A3" w:rsidRDefault="00E64621" w:rsidP="0092476A">
      <w:pPr>
        <w:spacing w:after="0"/>
        <w:rPr>
          <w:rFonts w:ascii="Arial" w:hAnsi="Arial" w:cs="Arial"/>
          <w:sz w:val="24"/>
          <w:szCs w:val="24"/>
        </w:rPr>
      </w:pPr>
    </w:p>
    <w:p w14:paraId="58F02FBD" w14:textId="77777777" w:rsidR="00E64621" w:rsidRPr="00E340A3" w:rsidRDefault="00E64621" w:rsidP="0092476A">
      <w:pPr>
        <w:spacing w:after="0"/>
        <w:rPr>
          <w:rFonts w:ascii="Arial" w:hAnsi="Arial" w:cs="Arial"/>
          <w:sz w:val="24"/>
          <w:szCs w:val="24"/>
        </w:rPr>
      </w:pPr>
    </w:p>
    <w:p w14:paraId="521512EF" w14:textId="77777777" w:rsidR="00E64621" w:rsidRPr="00E340A3" w:rsidRDefault="00E64621" w:rsidP="0092476A">
      <w:pPr>
        <w:spacing w:after="0"/>
        <w:rPr>
          <w:rFonts w:ascii="Arial" w:hAnsi="Arial" w:cs="Arial"/>
          <w:sz w:val="24"/>
          <w:szCs w:val="24"/>
        </w:rPr>
      </w:pPr>
    </w:p>
    <w:p w14:paraId="236F54BC" w14:textId="77777777" w:rsidR="00E64621" w:rsidRPr="00E340A3" w:rsidRDefault="00E64621" w:rsidP="0092476A">
      <w:pPr>
        <w:spacing w:after="0"/>
        <w:rPr>
          <w:rFonts w:ascii="Arial" w:hAnsi="Arial" w:cs="Arial"/>
          <w:sz w:val="24"/>
          <w:szCs w:val="24"/>
        </w:rPr>
      </w:pPr>
    </w:p>
    <w:p w14:paraId="3BCC3A9C" w14:textId="77777777" w:rsidR="00E64621" w:rsidRPr="00E340A3" w:rsidRDefault="00E64621" w:rsidP="0092476A">
      <w:pPr>
        <w:spacing w:after="0"/>
        <w:rPr>
          <w:rFonts w:ascii="Arial" w:hAnsi="Arial" w:cs="Arial"/>
          <w:sz w:val="24"/>
          <w:szCs w:val="24"/>
        </w:rPr>
      </w:pPr>
    </w:p>
    <w:p w14:paraId="5498E2B0" w14:textId="77777777" w:rsidR="00E64621" w:rsidRPr="00E340A3" w:rsidRDefault="00E64621" w:rsidP="0092476A">
      <w:pPr>
        <w:spacing w:after="0"/>
        <w:rPr>
          <w:rFonts w:ascii="Arial" w:hAnsi="Arial" w:cs="Arial"/>
          <w:sz w:val="24"/>
          <w:szCs w:val="24"/>
        </w:rPr>
      </w:pPr>
    </w:p>
    <w:p w14:paraId="339B8CC7" w14:textId="77777777" w:rsidR="00E64621" w:rsidRPr="00E340A3" w:rsidRDefault="00E64621" w:rsidP="0092476A">
      <w:pPr>
        <w:spacing w:after="0"/>
        <w:rPr>
          <w:rFonts w:ascii="Arial" w:hAnsi="Arial" w:cs="Arial"/>
          <w:sz w:val="24"/>
          <w:szCs w:val="24"/>
        </w:rPr>
      </w:pPr>
    </w:p>
    <w:p w14:paraId="1BABF3A7" w14:textId="77777777" w:rsidR="00E64621" w:rsidRPr="00E340A3" w:rsidRDefault="00E64621" w:rsidP="0092476A">
      <w:pPr>
        <w:spacing w:after="0"/>
        <w:rPr>
          <w:rFonts w:ascii="Arial" w:hAnsi="Arial" w:cs="Arial"/>
          <w:sz w:val="24"/>
          <w:szCs w:val="24"/>
        </w:rPr>
      </w:pPr>
    </w:p>
    <w:p w14:paraId="0A58BF4A" w14:textId="77777777" w:rsidR="00E64621" w:rsidRPr="00E340A3" w:rsidRDefault="00E64621" w:rsidP="0092476A">
      <w:pPr>
        <w:spacing w:after="0"/>
        <w:rPr>
          <w:rFonts w:ascii="Arial" w:hAnsi="Arial" w:cs="Arial"/>
          <w:sz w:val="24"/>
          <w:szCs w:val="24"/>
        </w:rPr>
      </w:pPr>
    </w:p>
    <w:p w14:paraId="220FA137" w14:textId="77777777" w:rsidR="00E64621" w:rsidRPr="00E340A3" w:rsidRDefault="00E64621" w:rsidP="0092476A">
      <w:pPr>
        <w:spacing w:after="0"/>
        <w:rPr>
          <w:rFonts w:ascii="Arial" w:hAnsi="Arial" w:cs="Arial"/>
          <w:sz w:val="24"/>
          <w:szCs w:val="24"/>
        </w:rPr>
      </w:pPr>
    </w:p>
    <w:p w14:paraId="7662BBFF" w14:textId="77777777" w:rsidR="00E64621" w:rsidRPr="00E340A3" w:rsidRDefault="00E64621" w:rsidP="0092476A">
      <w:pPr>
        <w:spacing w:after="0"/>
        <w:rPr>
          <w:rFonts w:ascii="Arial" w:hAnsi="Arial" w:cs="Arial"/>
          <w:sz w:val="24"/>
          <w:szCs w:val="24"/>
        </w:rPr>
      </w:pPr>
    </w:p>
    <w:p w14:paraId="74B2AB97" w14:textId="77777777" w:rsidR="00E64621" w:rsidRPr="00E340A3" w:rsidRDefault="00E64621" w:rsidP="0092476A">
      <w:pPr>
        <w:spacing w:after="0"/>
        <w:rPr>
          <w:rFonts w:ascii="Arial" w:hAnsi="Arial" w:cs="Arial"/>
          <w:sz w:val="24"/>
          <w:szCs w:val="24"/>
        </w:rPr>
      </w:pPr>
    </w:p>
    <w:p w14:paraId="5B85529D" w14:textId="77777777" w:rsidR="00E64621" w:rsidRPr="00E340A3" w:rsidRDefault="00E64621" w:rsidP="0092476A">
      <w:pPr>
        <w:spacing w:after="0"/>
        <w:rPr>
          <w:rFonts w:ascii="Arial" w:hAnsi="Arial" w:cs="Arial"/>
          <w:sz w:val="24"/>
          <w:szCs w:val="24"/>
        </w:rPr>
      </w:pPr>
    </w:p>
    <w:p w14:paraId="7CE9FEB9" w14:textId="77777777" w:rsidR="00E64621" w:rsidRPr="00E340A3" w:rsidRDefault="00E64621" w:rsidP="0092476A">
      <w:pPr>
        <w:spacing w:after="0"/>
        <w:rPr>
          <w:rFonts w:ascii="Arial" w:hAnsi="Arial" w:cs="Arial"/>
          <w:sz w:val="24"/>
          <w:szCs w:val="24"/>
        </w:rPr>
      </w:pPr>
    </w:p>
    <w:p w14:paraId="59858F60" w14:textId="77777777" w:rsidR="00E64621" w:rsidRPr="00E340A3" w:rsidRDefault="00E64621" w:rsidP="0092476A">
      <w:pPr>
        <w:spacing w:after="0"/>
        <w:rPr>
          <w:rFonts w:ascii="Arial" w:hAnsi="Arial" w:cs="Arial"/>
          <w:sz w:val="24"/>
          <w:szCs w:val="24"/>
        </w:rPr>
      </w:pPr>
    </w:p>
    <w:p w14:paraId="3B5C21FA" w14:textId="77777777" w:rsidR="00E64621" w:rsidRPr="00E340A3" w:rsidRDefault="00E64621" w:rsidP="00E64621">
      <w:pPr>
        <w:spacing w:after="0"/>
        <w:rPr>
          <w:rFonts w:ascii="Arial" w:hAnsi="Arial" w:cs="Arial"/>
          <w:sz w:val="24"/>
          <w:szCs w:val="24"/>
        </w:rPr>
      </w:pPr>
      <w:r w:rsidRPr="00E340A3">
        <w:rPr>
          <w:rFonts w:ascii="Arial" w:hAnsi="Arial" w:cs="Arial"/>
          <w:sz w:val="24"/>
          <w:szCs w:val="24"/>
        </w:rPr>
        <w:t>(Continued on the next page)</w:t>
      </w:r>
    </w:p>
    <w:p w14:paraId="27DC7C6D" w14:textId="77777777" w:rsidR="00E64621" w:rsidRPr="00E340A3" w:rsidRDefault="00E64621" w:rsidP="0092476A">
      <w:pPr>
        <w:spacing w:after="0"/>
        <w:rPr>
          <w:rFonts w:ascii="Arial" w:hAnsi="Arial" w:cs="Arial"/>
          <w:sz w:val="24"/>
          <w:szCs w:val="24"/>
        </w:rPr>
      </w:pPr>
    </w:p>
    <w:p w14:paraId="5D8F7512" w14:textId="77777777" w:rsidR="00E64621" w:rsidRPr="00E340A3" w:rsidRDefault="00E64621" w:rsidP="0092476A">
      <w:pPr>
        <w:spacing w:after="0"/>
        <w:rPr>
          <w:rFonts w:ascii="Arial" w:hAnsi="Arial" w:cs="Arial"/>
          <w:sz w:val="24"/>
          <w:szCs w:val="24"/>
        </w:rPr>
      </w:pPr>
    </w:p>
    <w:p w14:paraId="414A432B" w14:textId="77777777" w:rsidR="008C1AD5" w:rsidRPr="00E340A3" w:rsidRDefault="007A031F" w:rsidP="002305EC">
      <w:pPr>
        <w:pStyle w:val="Heading2"/>
        <w:shd w:val="clear" w:color="auto" w:fill="002060"/>
        <w:spacing w:before="0"/>
        <w:rPr>
          <w:rFonts w:ascii="Arial" w:hAnsi="Arial" w:cs="Arial"/>
          <w:color w:val="FFFF00"/>
          <w:sz w:val="32"/>
          <w:szCs w:val="32"/>
        </w:rPr>
      </w:pPr>
      <w:r w:rsidRPr="00E340A3">
        <w:rPr>
          <w:rFonts w:ascii="Arial" w:hAnsi="Arial" w:cs="Arial"/>
          <w:color w:val="FFFF00"/>
          <w:sz w:val="32"/>
          <w:szCs w:val="32"/>
        </w:rPr>
        <w:t>6. Compliance with CIF Rules</w:t>
      </w:r>
    </w:p>
    <w:p w14:paraId="1DAACFC9" w14:textId="2E1F8FE9" w:rsidR="002305EC" w:rsidRPr="00E340A3" w:rsidRDefault="002305EC" w:rsidP="0092476A">
      <w:pPr>
        <w:spacing w:after="0"/>
        <w:rPr>
          <w:rFonts w:ascii="Arial" w:hAnsi="Arial" w:cs="Arial"/>
          <w:sz w:val="24"/>
          <w:szCs w:val="24"/>
        </w:rPr>
      </w:pPr>
    </w:p>
    <w:p w14:paraId="44E0B942" w14:textId="0A8118F2" w:rsidR="002305EC" w:rsidRPr="00E340A3" w:rsidRDefault="002305EC" w:rsidP="0092476A">
      <w:pPr>
        <w:spacing w:after="0"/>
        <w:rPr>
          <w:rFonts w:ascii="Arial" w:hAnsi="Arial" w:cs="Arial"/>
          <w:sz w:val="24"/>
          <w:szCs w:val="24"/>
        </w:rPr>
      </w:pPr>
      <w:r w:rsidRPr="00E340A3">
        <w:rPr>
          <w:rFonts w:ascii="Arial" w:hAnsi="Arial" w:cs="Arial"/>
          <w:sz w:val="24"/>
          <w:szCs w:val="24"/>
        </w:rPr>
        <w:t>Ensure:</w:t>
      </w:r>
    </w:p>
    <w:p w14:paraId="4F728E10" w14:textId="77777777" w:rsidR="001F68C3" w:rsidRPr="00E340A3" w:rsidRDefault="001F68C3" w:rsidP="0092476A">
      <w:pPr>
        <w:spacing w:after="0"/>
        <w:rPr>
          <w:rFonts w:ascii="Arial" w:hAnsi="Arial" w:cs="Arial"/>
          <w:sz w:val="24"/>
          <w:szCs w:val="24"/>
        </w:rPr>
      </w:pPr>
    </w:p>
    <w:p w14:paraId="374459C2" w14:textId="2996046C" w:rsidR="002305EC" w:rsidRPr="00E340A3" w:rsidRDefault="002305EC" w:rsidP="001F68C3">
      <w:pPr>
        <w:pStyle w:val="ListParagraph"/>
        <w:numPr>
          <w:ilvl w:val="0"/>
          <w:numId w:val="14"/>
        </w:numPr>
        <w:spacing w:after="0"/>
        <w:rPr>
          <w:rFonts w:ascii="Arial" w:hAnsi="Arial" w:cs="Arial"/>
          <w:sz w:val="24"/>
          <w:szCs w:val="24"/>
        </w:rPr>
      </w:pPr>
      <w:r w:rsidRPr="00E340A3">
        <w:rPr>
          <w:rFonts w:ascii="Arial" w:hAnsi="Arial" w:cs="Arial"/>
          <w:sz w:val="24"/>
          <w:szCs w:val="24"/>
        </w:rPr>
        <w:t>No cosmetic-</w:t>
      </w:r>
      <w:r w:rsidR="00384819" w:rsidRPr="00E340A3">
        <w:rPr>
          <w:rFonts w:ascii="Arial" w:hAnsi="Arial" w:cs="Arial"/>
          <w:sz w:val="24"/>
          <w:szCs w:val="24"/>
        </w:rPr>
        <w:t>only improvements</w:t>
      </w:r>
    </w:p>
    <w:p w14:paraId="177BD102" w14:textId="4B2A492B" w:rsidR="00384819" w:rsidRPr="00E340A3" w:rsidRDefault="00384819" w:rsidP="001F68C3">
      <w:pPr>
        <w:pStyle w:val="ListParagraph"/>
        <w:numPr>
          <w:ilvl w:val="0"/>
          <w:numId w:val="14"/>
        </w:numPr>
        <w:spacing w:after="0"/>
        <w:rPr>
          <w:rFonts w:ascii="Arial" w:hAnsi="Arial" w:cs="Arial"/>
          <w:sz w:val="24"/>
          <w:szCs w:val="24"/>
        </w:rPr>
      </w:pPr>
      <w:r w:rsidRPr="00E340A3">
        <w:rPr>
          <w:rFonts w:ascii="Arial" w:hAnsi="Arial" w:cs="Arial"/>
          <w:sz w:val="24"/>
          <w:szCs w:val="24"/>
        </w:rPr>
        <w:t>No Duplication with other DfE funding streams</w:t>
      </w:r>
    </w:p>
    <w:p w14:paraId="7F94E4F8" w14:textId="39BC203D" w:rsidR="00384819" w:rsidRPr="00E340A3" w:rsidRDefault="001F68C3" w:rsidP="001F68C3">
      <w:pPr>
        <w:pStyle w:val="ListParagraph"/>
        <w:numPr>
          <w:ilvl w:val="0"/>
          <w:numId w:val="14"/>
        </w:numPr>
        <w:spacing w:after="0"/>
        <w:rPr>
          <w:rFonts w:ascii="Arial" w:hAnsi="Arial" w:cs="Arial"/>
          <w:sz w:val="24"/>
          <w:szCs w:val="24"/>
        </w:rPr>
      </w:pPr>
      <w:r w:rsidRPr="00E340A3">
        <w:rPr>
          <w:rFonts w:ascii="Arial" w:hAnsi="Arial" w:cs="Arial"/>
          <w:sz w:val="24"/>
          <w:szCs w:val="24"/>
        </w:rPr>
        <w:t>Expansion</w:t>
      </w:r>
      <w:r w:rsidR="00384819" w:rsidRPr="00E340A3">
        <w:rPr>
          <w:rFonts w:ascii="Arial" w:hAnsi="Arial" w:cs="Arial"/>
          <w:sz w:val="24"/>
          <w:szCs w:val="24"/>
        </w:rPr>
        <w:t xml:space="preserve"> bids supported by </w:t>
      </w:r>
      <w:r w:rsidRPr="00E340A3">
        <w:rPr>
          <w:rFonts w:ascii="Arial" w:hAnsi="Arial" w:cs="Arial"/>
          <w:sz w:val="24"/>
          <w:szCs w:val="24"/>
        </w:rPr>
        <w:t>strong evidence of need</w:t>
      </w:r>
    </w:p>
    <w:p w14:paraId="4EF64D74" w14:textId="77777777" w:rsidR="001F68C3" w:rsidRPr="00E340A3" w:rsidRDefault="001F68C3" w:rsidP="0092476A">
      <w:pPr>
        <w:spacing w:after="0"/>
        <w:rPr>
          <w:rFonts w:ascii="Arial" w:hAnsi="Arial" w:cs="Arial"/>
          <w:sz w:val="24"/>
          <w:szCs w:val="24"/>
        </w:rPr>
      </w:pPr>
    </w:p>
    <w:p w14:paraId="3E0E1D15" w14:textId="416F6BDE" w:rsidR="001F68C3" w:rsidRPr="00E340A3" w:rsidRDefault="001F68C3" w:rsidP="0092476A">
      <w:pPr>
        <w:spacing w:after="0"/>
        <w:rPr>
          <w:rFonts w:ascii="Arial" w:hAnsi="Arial" w:cs="Arial"/>
          <w:b/>
          <w:bCs/>
          <w:sz w:val="28"/>
          <w:szCs w:val="28"/>
        </w:rPr>
      </w:pPr>
      <w:r w:rsidRPr="00E340A3">
        <w:rPr>
          <w:rFonts w:ascii="Arial" w:hAnsi="Arial" w:cs="Arial"/>
          <w:b/>
          <w:bCs/>
          <w:sz w:val="28"/>
          <w:szCs w:val="28"/>
        </w:rPr>
        <w:t>Notes:</w:t>
      </w:r>
    </w:p>
    <w:p w14:paraId="122D44D7" w14:textId="77777777" w:rsidR="001F68C3" w:rsidRPr="00E340A3" w:rsidRDefault="001F68C3" w:rsidP="0092476A">
      <w:pPr>
        <w:spacing w:after="0"/>
        <w:rPr>
          <w:rFonts w:ascii="Arial" w:hAnsi="Arial" w:cs="Arial"/>
          <w:b/>
          <w:bCs/>
          <w:sz w:val="28"/>
          <w:szCs w:val="28"/>
        </w:rPr>
      </w:pPr>
    </w:p>
    <w:p w14:paraId="1528855E" w14:textId="77777777" w:rsidR="001F68C3" w:rsidRPr="00E340A3" w:rsidRDefault="001F68C3" w:rsidP="0092476A">
      <w:pPr>
        <w:spacing w:after="0"/>
        <w:rPr>
          <w:rFonts w:ascii="Arial" w:hAnsi="Arial" w:cs="Arial"/>
          <w:b/>
          <w:bCs/>
          <w:sz w:val="28"/>
          <w:szCs w:val="28"/>
        </w:rPr>
      </w:pPr>
    </w:p>
    <w:p w14:paraId="32E79912" w14:textId="77777777" w:rsidR="001F68C3" w:rsidRPr="00E340A3" w:rsidRDefault="001F68C3" w:rsidP="0092476A">
      <w:pPr>
        <w:spacing w:after="0"/>
        <w:rPr>
          <w:rFonts w:ascii="Arial" w:hAnsi="Arial" w:cs="Arial"/>
          <w:b/>
          <w:bCs/>
          <w:sz w:val="28"/>
          <w:szCs w:val="28"/>
        </w:rPr>
      </w:pPr>
    </w:p>
    <w:p w14:paraId="5658BA4F" w14:textId="77777777" w:rsidR="001F68C3" w:rsidRPr="00E340A3" w:rsidRDefault="001F68C3" w:rsidP="0092476A">
      <w:pPr>
        <w:spacing w:after="0"/>
        <w:rPr>
          <w:rFonts w:ascii="Arial" w:hAnsi="Arial" w:cs="Arial"/>
          <w:b/>
          <w:bCs/>
          <w:sz w:val="28"/>
          <w:szCs w:val="28"/>
        </w:rPr>
      </w:pPr>
    </w:p>
    <w:p w14:paraId="3371548F" w14:textId="77777777" w:rsidR="001F68C3" w:rsidRPr="00E340A3" w:rsidRDefault="001F68C3" w:rsidP="0092476A">
      <w:pPr>
        <w:spacing w:after="0"/>
        <w:rPr>
          <w:rFonts w:ascii="Arial" w:hAnsi="Arial" w:cs="Arial"/>
          <w:b/>
          <w:bCs/>
          <w:sz w:val="28"/>
          <w:szCs w:val="28"/>
        </w:rPr>
      </w:pPr>
    </w:p>
    <w:p w14:paraId="487292B1" w14:textId="77777777" w:rsidR="001F68C3" w:rsidRPr="00E340A3" w:rsidRDefault="001F68C3" w:rsidP="0092476A">
      <w:pPr>
        <w:spacing w:after="0"/>
        <w:rPr>
          <w:rFonts w:ascii="Arial" w:hAnsi="Arial" w:cs="Arial"/>
          <w:b/>
          <w:bCs/>
          <w:sz w:val="28"/>
          <w:szCs w:val="28"/>
        </w:rPr>
      </w:pPr>
    </w:p>
    <w:p w14:paraId="377E2BD1" w14:textId="77777777" w:rsidR="001F68C3" w:rsidRPr="00E340A3" w:rsidRDefault="001F68C3" w:rsidP="0092476A">
      <w:pPr>
        <w:spacing w:after="0"/>
        <w:rPr>
          <w:rFonts w:ascii="Arial" w:hAnsi="Arial" w:cs="Arial"/>
          <w:b/>
          <w:bCs/>
          <w:sz w:val="28"/>
          <w:szCs w:val="28"/>
        </w:rPr>
      </w:pPr>
    </w:p>
    <w:p w14:paraId="56D68252" w14:textId="77777777" w:rsidR="001F68C3" w:rsidRPr="00E340A3" w:rsidRDefault="001F68C3" w:rsidP="0092476A">
      <w:pPr>
        <w:spacing w:after="0"/>
        <w:rPr>
          <w:rFonts w:ascii="Arial" w:hAnsi="Arial" w:cs="Arial"/>
          <w:b/>
          <w:bCs/>
          <w:sz w:val="28"/>
          <w:szCs w:val="28"/>
        </w:rPr>
      </w:pPr>
    </w:p>
    <w:p w14:paraId="3A432B20" w14:textId="77777777" w:rsidR="001F68C3" w:rsidRPr="00E340A3" w:rsidRDefault="001F68C3" w:rsidP="0092476A">
      <w:pPr>
        <w:spacing w:after="0"/>
        <w:rPr>
          <w:rFonts w:ascii="Arial" w:hAnsi="Arial" w:cs="Arial"/>
          <w:b/>
          <w:bCs/>
          <w:sz w:val="28"/>
          <w:szCs w:val="28"/>
        </w:rPr>
      </w:pPr>
    </w:p>
    <w:p w14:paraId="779E70A0" w14:textId="77777777" w:rsidR="001F68C3" w:rsidRPr="00E340A3" w:rsidRDefault="001F68C3" w:rsidP="0092476A">
      <w:pPr>
        <w:spacing w:after="0"/>
        <w:rPr>
          <w:rFonts w:ascii="Arial" w:hAnsi="Arial" w:cs="Arial"/>
          <w:b/>
          <w:bCs/>
          <w:sz w:val="28"/>
          <w:szCs w:val="28"/>
        </w:rPr>
      </w:pPr>
    </w:p>
    <w:p w14:paraId="68EDE7EF" w14:textId="77777777" w:rsidR="001F68C3" w:rsidRPr="00E340A3" w:rsidRDefault="001F68C3" w:rsidP="0092476A">
      <w:pPr>
        <w:spacing w:after="0"/>
        <w:rPr>
          <w:rFonts w:ascii="Arial" w:hAnsi="Arial" w:cs="Arial"/>
          <w:b/>
          <w:bCs/>
          <w:sz w:val="28"/>
          <w:szCs w:val="28"/>
        </w:rPr>
      </w:pPr>
    </w:p>
    <w:p w14:paraId="15C13CC9" w14:textId="77777777" w:rsidR="001F68C3" w:rsidRPr="00E340A3" w:rsidRDefault="001F68C3" w:rsidP="0092476A">
      <w:pPr>
        <w:spacing w:after="0"/>
        <w:rPr>
          <w:rFonts w:ascii="Arial" w:hAnsi="Arial" w:cs="Arial"/>
          <w:b/>
          <w:bCs/>
          <w:sz w:val="28"/>
          <w:szCs w:val="28"/>
        </w:rPr>
      </w:pPr>
    </w:p>
    <w:p w14:paraId="56CFE074" w14:textId="77777777" w:rsidR="001F68C3" w:rsidRPr="00E340A3" w:rsidRDefault="001F68C3" w:rsidP="0092476A">
      <w:pPr>
        <w:spacing w:after="0"/>
        <w:rPr>
          <w:rFonts w:ascii="Arial" w:hAnsi="Arial" w:cs="Arial"/>
          <w:b/>
          <w:bCs/>
          <w:sz w:val="28"/>
          <w:szCs w:val="28"/>
        </w:rPr>
      </w:pPr>
    </w:p>
    <w:p w14:paraId="368BFB11" w14:textId="77777777" w:rsidR="001F68C3" w:rsidRPr="00E340A3" w:rsidRDefault="001F68C3" w:rsidP="0092476A">
      <w:pPr>
        <w:spacing w:after="0"/>
        <w:rPr>
          <w:rFonts w:ascii="Arial" w:hAnsi="Arial" w:cs="Arial"/>
          <w:b/>
          <w:bCs/>
          <w:sz w:val="28"/>
          <w:szCs w:val="28"/>
        </w:rPr>
      </w:pPr>
    </w:p>
    <w:p w14:paraId="2A8A85EB" w14:textId="77777777" w:rsidR="001F68C3" w:rsidRPr="00E340A3" w:rsidRDefault="001F68C3" w:rsidP="0092476A">
      <w:pPr>
        <w:spacing w:after="0"/>
        <w:rPr>
          <w:rFonts w:ascii="Arial" w:hAnsi="Arial" w:cs="Arial"/>
          <w:b/>
          <w:bCs/>
          <w:sz w:val="28"/>
          <w:szCs w:val="28"/>
        </w:rPr>
      </w:pPr>
    </w:p>
    <w:p w14:paraId="030D4E6A" w14:textId="77777777" w:rsidR="001F68C3" w:rsidRPr="00E340A3" w:rsidRDefault="001F68C3" w:rsidP="0092476A">
      <w:pPr>
        <w:spacing w:after="0"/>
        <w:rPr>
          <w:rFonts w:ascii="Arial" w:hAnsi="Arial" w:cs="Arial"/>
          <w:b/>
          <w:bCs/>
          <w:sz w:val="28"/>
          <w:szCs w:val="28"/>
        </w:rPr>
      </w:pPr>
    </w:p>
    <w:p w14:paraId="1E086539" w14:textId="77777777" w:rsidR="001F68C3" w:rsidRPr="00E340A3" w:rsidRDefault="001F68C3" w:rsidP="0092476A">
      <w:pPr>
        <w:spacing w:after="0"/>
        <w:rPr>
          <w:rFonts w:ascii="Arial" w:hAnsi="Arial" w:cs="Arial"/>
          <w:b/>
          <w:bCs/>
          <w:sz w:val="28"/>
          <w:szCs w:val="28"/>
        </w:rPr>
      </w:pPr>
    </w:p>
    <w:p w14:paraId="3BE28757" w14:textId="77777777" w:rsidR="001F68C3" w:rsidRPr="00E340A3" w:rsidRDefault="001F68C3" w:rsidP="0092476A">
      <w:pPr>
        <w:spacing w:after="0"/>
        <w:rPr>
          <w:rFonts w:ascii="Arial" w:hAnsi="Arial" w:cs="Arial"/>
          <w:b/>
          <w:bCs/>
          <w:sz w:val="28"/>
          <w:szCs w:val="28"/>
        </w:rPr>
      </w:pPr>
    </w:p>
    <w:p w14:paraId="46C6FCB3" w14:textId="77777777" w:rsidR="001F68C3" w:rsidRPr="00E340A3" w:rsidRDefault="001F68C3" w:rsidP="0092476A">
      <w:pPr>
        <w:spacing w:after="0"/>
        <w:rPr>
          <w:rFonts w:ascii="Arial" w:hAnsi="Arial" w:cs="Arial"/>
          <w:b/>
          <w:bCs/>
          <w:sz w:val="28"/>
          <w:szCs w:val="28"/>
        </w:rPr>
      </w:pPr>
    </w:p>
    <w:p w14:paraId="587EC44E" w14:textId="77777777" w:rsidR="001F68C3" w:rsidRPr="00E340A3" w:rsidRDefault="001F68C3" w:rsidP="0092476A">
      <w:pPr>
        <w:spacing w:after="0"/>
        <w:rPr>
          <w:rFonts w:ascii="Arial" w:hAnsi="Arial" w:cs="Arial"/>
          <w:b/>
          <w:bCs/>
          <w:sz w:val="28"/>
          <w:szCs w:val="28"/>
        </w:rPr>
      </w:pPr>
    </w:p>
    <w:p w14:paraId="67258577" w14:textId="77777777" w:rsidR="001F68C3" w:rsidRPr="00E340A3" w:rsidRDefault="001F68C3" w:rsidP="0092476A">
      <w:pPr>
        <w:spacing w:after="0"/>
        <w:rPr>
          <w:rFonts w:ascii="Arial" w:hAnsi="Arial" w:cs="Arial"/>
          <w:b/>
          <w:bCs/>
          <w:sz w:val="28"/>
          <w:szCs w:val="28"/>
        </w:rPr>
      </w:pPr>
    </w:p>
    <w:p w14:paraId="6F34346E" w14:textId="77777777" w:rsidR="001F68C3" w:rsidRPr="00E340A3" w:rsidRDefault="001F68C3" w:rsidP="0092476A">
      <w:pPr>
        <w:spacing w:after="0"/>
        <w:rPr>
          <w:rFonts w:ascii="Arial" w:hAnsi="Arial" w:cs="Arial"/>
          <w:b/>
          <w:bCs/>
          <w:sz w:val="28"/>
          <w:szCs w:val="28"/>
        </w:rPr>
      </w:pPr>
    </w:p>
    <w:p w14:paraId="7AE584C3" w14:textId="77777777" w:rsidR="001F68C3" w:rsidRPr="00E340A3" w:rsidRDefault="001F68C3" w:rsidP="0092476A">
      <w:pPr>
        <w:spacing w:after="0"/>
        <w:rPr>
          <w:rFonts w:ascii="Arial" w:hAnsi="Arial" w:cs="Arial"/>
          <w:b/>
          <w:bCs/>
          <w:sz w:val="28"/>
          <w:szCs w:val="28"/>
        </w:rPr>
      </w:pPr>
    </w:p>
    <w:p w14:paraId="284D8A4C" w14:textId="77777777" w:rsidR="001F68C3" w:rsidRPr="00E340A3" w:rsidRDefault="001F68C3" w:rsidP="0092476A">
      <w:pPr>
        <w:spacing w:after="0"/>
        <w:rPr>
          <w:rFonts w:ascii="Arial" w:hAnsi="Arial" w:cs="Arial"/>
          <w:b/>
          <w:bCs/>
          <w:sz w:val="28"/>
          <w:szCs w:val="28"/>
        </w:rPr>
      </w:pPr>
    </w:p>
    <w:p w14:paraId="62F1D0A6" w14:textId="77777777" w:rsidR="001F68C3" w:rsidRPr="00E340A3" w:rsidRDefault="001F68C3" w:rsidP="0092476A">
      <w:pPr>
        <w:spacing w:after="0"/>
        <w:rPr>
          <w:rFonts w:ascii="Arial" w:hAnsi="Arial" w:cs="Arial"/>
          <w:b/>
          <w:bCs/>
          <w:sz w:val="28"/>
          <w:szCs w:val="28"/>
        </w:rPr>
      </w:pPr>
    </w:p>
    <w:p w14:paraId="7C0AEE5B" w14:textId="77777777" w:rsidR="001F68C3" w:rsidRPr="00E340A3" w:rsidRDefault="001F68C3" w:rsidP="0092476A">
      <w:pPr>
        <w:spacing w:after="0"/>
        <w:rPr>
          <w:rFonts w:ascii="Arial" w:hAnsi="Arial" w:cs="Arial"/>
          <w:b/>
          <w:bCs/>
          <w:sz w:val="28"/>
          <w:szCs w:val="28"/>
        </w:rPr>
      </w:pPr>
    </w:p>
    <w:p w14:paraId="6D5592B5" w14:textId="77777777" w:rsidR="001F68C3" w:rsidRPr="00E340A3" w:rsidRDefault="001F68C3" w:rsidP="0092476A">
      <w:pPr>
        <w:spacing w:after="0"/>
        <w:rPr>
          <w:rFonts w:ascii="Arial" w:hAnsi="Arial" w:cs="Arial"/>
          <w:b/>
          <w:bCs/>
          <w:sz w:val="28"/>
          <w:szCs w:val="28"/>
        </w:rPr>
      </w:pPr>
    </w:p>
    <w:tbl>
      <w:tblPr>
        <w:tblStyle w:val="TableGrid1"/>
        <w:tblW w:w="0" w:type="auto"/>
        <w:tblLook w:val="04A0" w:firstRow="1" w:lastRow="0" w:firstColumn="1" w:lastColumn="0" w:noHBand="0" w:noVBand="1"/>
      </w:tblPr>
      <w:tblGrid>
        <w:gridCol w:w="4949"/>
        <w:gridCol w:w="1850"/>
        <w:gridCol w:w="2501"/>
      </w:tblGrid>
      <w:tr w:rsidR="00C52A5D" w:rsidRPr="00C52A5D" w14:paraId="4B32A501" w14:textId="77777777" w:rsidTr="00BA7ECD">
        <w:tc>
          <w:tcPr>
            <w:tcW w:w="9300" w:type="dxa"/>
            <w:gridSpan w:val="3"/>
            <w:shd w:val="clear" w:color="auto" w:fill="002060"/>
          </w:tcPr>
          <w:p w14:paraId="121EE330" w14:textId="77777777" w:rsidR="00C52A5D" w:rsidRPr="00C52A5D" w:rsidRDefault="00C52A5D" w:rsidP="00C52A5D">
            <w:pPr>
              <w:jc w:val="center"/>
              <w:rPr>
                <w:rFonts w:ascii="Arial" w:eastAsia="Verdana" w:hAnsi="Arial" w:cs="Arial"/>
                <w:b/>
                <w:color w:val="FFFF00"/>
                <w:sz w:val="28"/>
                <w:szCs w:val="28"/>
              </w:rPr>
            </w:pPr>
            <w:r w:rsidRPr="00C52A5D">
              <w:rPr>
                <w:rFonts w:ascii="Arial" w:eastAsia="Verdana" w:hAnsi="Arial" w:cs="Arial"/>
                <w:b/>
                <w:color w:val="FFFF00"/>
                <w:sz w:val="28"/>
                <w:szCs w:val="28"/>
              </w:rPr>
              <w:t>Guidance Version Control</w:t>
            </w:r>
          </w:p>
          <w:p w14:paraId="45FE6342" w14:textId="77777777" w:rsidR="00C52A5D" w:rsidRPr="00C52A5D" w:rsidRDefault="00C52A5D" w:rsidP="00C52A5D">
            <w:pPr>
              <w:jc w:val="center"/>
              <w:rPr>
                <w:rFonts w:ascii="Arial" w:eastAsia="Verdana" w:hAnsi="Arial" w:cs="Arial"/>
                <w:b/>
                <w:color w:val="FFFF00"/>
                <w:sz w:val="16"/>
                <w:szCs w:val="16"/>
              </w:rPr>
            </w:pPr>
          </w:p>
        </w:tc>
      </w:tr>
      <w:tr w:rsidR="00C52A5D" w:rsidRPr="00C52A5D" w14:paraId="0F8E4137" w14:textId="77777777" w:rsidTr="00BA7ECD">
        <w:trPr>
          <w:trHeight w:val="480"/>
        </w:trPr>
        <w:tc>
          <w:tcPr>
            <w:tcW w:w="4949" w:type="dxa"/>
            <w:shd w:val="clear" w:color="auto" w:fill="002060"/>
          </w:tcPr>
          <w:p w14:paraId="70F102E2" w14:textId="77777777" w:rsidR="00C52A5D" w:rsidRPr="00C52A5D" w:rsidRDefault="00C52A5D" w:rsidP="00C52A5D">
            <w:pPr>
              <w:jc w:val="center"/>
              <w:rPr>
                <w:rFonts w:ascii="Arial" w:eastAsia="Verdana" w:hAnsi="Arial" w:cs="Arial"/>
                <w:b/>
                <w:color w:val="FFFF00"/>
                <w:sz w:val="28"/>
                <w:szCs w:val="28"/>
              </w:rPr>
            </w:pPr>
            <w:r w:rsidRPr="00C52A5D">
              <w:rPr>
                <w:rFonts w:ascii="Arial" w:eastAsia="Verdana" w:hAnsi="Arial" w:cs="Arial"/>
                <w:b/>
                <w:color w:val="FFFF00"/>
                <w:sz w:val="28"/>
                <w:szCs w:val="28"/>
              </w:rPr>
              <w:t>Name of Document</w:t>
            </w:r>
          </w:p>
        </w:tc>
        <w:tc>
          <w:tcPr>
            <w:tcW w:w="1850" w:type="dxa"/>
            <w:shd w:val="clear" w:color="auto" w:fill="002060"/>
          </w:tcPr>
          <w:p w14:paraId="69088B0A" w14:textId="77777777" w:rsidR="00C52A5D" w:rsidRPr="00C52A5D" w:rsidRDefault="00C52A5D" w:rsidP="00C52A5D">
            <w:pPr>
              <w:jc w:val="center"/>
              <w:rPr>
                <w:rFonts w:ascii="Arial" w:eastAsia="Verdana" w:hAnsi="Arial" w:cs="Arial"/>
                <w:b/>
                <w:color w:val="FFFF00"/>
                <w:sz w:val="28"/>
                <w:szCs w:val="28"/>
              </w:rPr>
            </w:pPr>
            <w:r w:rsidRPr="00C52A5D">
              <w:rPr>
                <w:rFonts w:ascii="Arial" w:eastAsia="Verdana" w:hAnsi="Arial" w:cs="Arial"/>
                <w:b/>
                <w:color w:val="FFFF00"/>
                <w:sz w:val="28"/>
                <w:szCs w:val="28"/>
              </w:rPr>
              <w:t>Version</w:t>
            </w:r>
          </w:p>
        </w:tc>
        <w:tc>
          <w:tcPr>
            <w:tcW w:w="2501" w:type="dxa"/>
            <w:shd w:val="clear" w:color="auto" w:fill="002060"/>
          </w:tcPr>
          <w:p w14:paraId="07CAF10D" w14:textId="77777777" w:rsidR="00C52A5D" w:rsidRPr="00C52A5D" w:rsidRDefault="00C52A5D" w:rsidP="00C52A5D">
            <w:pPr>
              <w:jc w:val="center"/>
              <w:rPr>
                <w:rFonts w:ascii="Arial" w:eastAsia="Verdana" w:hAnsi="Arial" w:cs="Arial"/>
                <w:b/>
                <w:color w:val="FFFF00"/>
                <w:sz w:val="28"/>
                <w:szCs w:val="28"/>
              </w:rPr>
            </w:pPr>
            <w:r w:rsidRPr="00C52A5D">
              <w:rPr>
                <w:rFonts w:ascii="Arial" w:eastAsia="Verdana" w:hAnsi="Arial" w:cs="Arial"/>
                <w:b/>
                <w:color w:val="FFFF00"/>
                <w:sz w:val="28"/>
                <w:szCs w:val="28"/>
              </w:rPr>
              <w:t>Last Review date</w:t>
            </w:r>
          </w:p>
        </w:tc>
      </w:tr>
      <w:tr w:rsidR="00C52A5D" w:rsidRPr="00C52A5D" w14:paraId="7742DBB0" w14:textId="77777777" w:rsidTr="00BA7ECD">
        <w:tc>
          <w:tcPr>
            <w:tcW w:w="4949" w:type="dxa"/>
          </w:tcPr>
          <w:p w14:paraId="5F688503" w14:textId="77777777" w:rsidR="00C52A5D" w:rsidRPr="00C52A5D" w:rsidRDefault="00C52A5D" w:rsidP="00C52A5D">
            <w:pPr>
              <w:jc w:val="center"/>
              <w:rPr>
                <w:rFonts w:ascii="Arial" w:eastAsia="Verdana" w:hAnsi="Arial" w:cs="Arial"/>
                <w:sz w:val="24"/>
                <w:szCs w:val="24"/>
              </w:rPr>
            </w:pPr>
          </w:p>
          <w:p w14:paraId="3F3CC392" w14:textId="77777777" w:rsidR="00C52A5D" w:rsidRPr="00E340A3" w:rsidRDefault="00B60D60" w:rsidP="00C52A5D">
            <w:pPr>
              <w:jc w:val="center"/>
              <w:rPr>
                <w:rFonts w:ascii="Arial" w:hAnsi="Arial" w:cs="Arial"/>
                <w:sz w:val="24"/>
                <w:szCs w:val="24"/>
              </w:rPr>
            </w:pPr>
            <w:r w:rsidRPr="00E340A3">
              <w:rPr>
                <w:rFonts w:ascii="Arial" w:hAnsi="Arial" w:cs="Arial"/>
                <w:sz w:val="24"/>
                <w:szCs w:val="24"/>
              </w:rPr>
              <w:t>Condition Improvement Fund (CIF)</w:t>
            </w:r>
            <w:r w:rsidR="001A4F2C" w:rsidRPr="00E340A3">
              <w:rPr>
                <w:rFonts w:ascii="Arial" w:hAnsi="Arial" w:cs="Arial"/>
                <w:sz w:val="24"/>
                <w:szCs w:val="24"/>
              </w:rPr>
              <w:t xml:space="preserve"> Bid Preparation Template</w:t>
            </w:r>
          </w:p>
          <w:p w14:paraId="47C3C078" w14:textId="217A4781" w:rsidR="00B60D60" w:rsidRPr="00C52A5D" w:rsidRDefault="00B60D60" w:rsidP="00C52A5D">
            <w:pPr>
              <w:jc w:val="center"/>
              <w:rPr>
                <w:rFonts w:ascii="Arial" w:eastAsia="Verdana" w:hAnsi="Arial" w:cs="Arial"/>
                <w:sz w:val="24"/>
                <w:szCs w:val="24"/>
              </w:rPr>
            </w:pPr>
          </w:p>
        </w:tc>
        <w:tc>
          <w:tcPr>
            <w:tcW w:w="1850" w:type="dxa"/>
          </w:tcPr>
          <w:p w14:paraId="3BBBA984" w14:textId="77777777" w:rsidR="00C52A5D" w:rsidRPr="00C52A5D" w:rsidRDefault="00C52A5D" w:rsidP="00C52A5D">
            <w:pPr>
              <w:ind w:left="96"/>
              <w:jc w:val="center"/>
              <w:rPr>
                <w:rFonts w:ascii="Arial" w:eastAsia="Verdana" w:hAnsi="Arial" w:cs="Arial"/>
                <w:sz w:val="24"/>
                <w:szCs w:val="24"/>
              </w:rPr>
            </w:pPr>
          </w:p>
          <w:p w14:paraId="2962F257" w14:textId="77777777" w:rsidR="00C52A5D" w:rsidRPr="00C52A5D" w:rsidRDefault="00C52A5D" w:rsidP="00C52A5D">
            <w:pPr>
              <w:ind w:left="96"/>
              <w:jc w:val="center"/>
              <w:rPr>
                <w:rFonts w:ascii="Arial" w:eastAsia="Verdana" w:hAnsi="Arial" w:cs="Arial"/>
                <w:sz w:val="24"/>
                <w:szCs w:val="24"/>
              </w:rPr>
            </w:pPr>
            <w:r w:rsidRPr="00C52A5D">
              <w:rPr>
                <w:rFonts w:ascii="Arial" w:eastAsia="Verdana" w:hAnsi="Arial" w:cs="Arial"/>
                <w:sz w:val="24"/>
                <w:szCs w:val="24"/>
              </w:rPr>
              <w:t>NASPM V1</w:t>
            </w:r>
          </w:p>
          <w:p w14:paraId="53F7AEB9" w14:textId="77777777" w:rsidR="00C52A5D" w:rsidRPr="00C52A5D" w:rsidRDefault="00C52A5D" w:rsidP="00C52A5D">
            <w:pPr>
              <w:ind w:left="96"/>
              <w:jc w:val="center"/>
              <w:rPr>
                <w:rFonts w:ascii="Arial" w:eastAsia="Verdana" w:hAnsi="Arial" w:cs="Arial"/>
                <w:sz w:val="24"/>
                <w:szCs w:val="24"/>
              </w:rPr>
            </w:pPr>
          </w:p>
        </w:tc>
        <w:tc>
          <w:tcPr>
            <w:tcW w:w="2501" w:type="dxa"/>
          </w:tcPr>
          <w:p w14:paraId="5FF6D51C" w14:textId="77777777" w:rsidR="00C52A5D" w:rsidRPr="00C52A5D" w:rsidRDefault="00C52A5D" w:rsidP="00C52A5D">
            <w:pPr>
              <w:jc w:val="center"/>
              <w:rPr>
                <w:rFonts w:ascii="Arial" w:eastAsia="Verdana" w:hAnsi="Arial" w:cs="Arial"/>
                <w:sz w:val="24"/>
                <w:szCs w:val="24"/>
              </w:rPr>
            </w:pPr>
          </w:p>
          <w:p w14:paraId="1B5A6E36" w14:textId="33DB728F" w:rsidR="00C52A5D" w:rsidRPr="00C52A5D" w:rsidRDefault="001A4F2C" w:rsidP="00C52A5D">
            <w:pPr>
              <w:jc w:val="center"/>
              <w:rPr>
                <w:rFonts w:ascii="Arial" w:eastAsia="Verdana" w:hAnsi="Arial" w:cs="Arial"/>
                <w:sz w:val="24"/>
                <w:szCs w:val="24"/>
              </w:rPr>
            </w:pPr>
            <w:r w:rsidRPr="00E340A3">
              <w:rPr>
                <w:rFonts w:ascii="Arial" w:eastAsia="Verdana" w:hAnsi="Arial" w:cs="Arial"/>
                <w:sz w:val="24"/>
                <w:szCs w:val="24"/>
              </w:rPr>
              <w:t>November 2</w:t>
            </w:r>
            <w:r w:rsidR="0038259C" w:rsidRPr="00E340A3">
              <w:rPr>
                <w:rFonts w:ascii="Arial" w:eastAsia="Verdana" w:hAnsi="Arial" w:cs="Arial"/>
                <w:sz w:val="24"/>
                <w:szCs w:val="24"/>
              </w:rPr>
              <w:t>025</w:t>
            </w:r>
          </w:p>
        </w:tc>
      </w:tr>
    </w:tbl>
    <w:p w14:paraId="6A8C82B3" w14:textId="77777777" w:rsidR="00E340A3" w:rsidRPr="00E340A3" w:rsidRDefault="00E340A3" w:rsidP="0092476A">
      <w:pPr>
        <w:spacing w:after="0"/>
        <w:rPr>
          <w:rFonts w:ascii="Arial" w:hAnsi="Arial" w:cs="Arial"/>
          <w:b/>
          <w:bCs/>
          <w:sz w:val="28"/>
          <w:szCs w:val="28"/>
        </w:rPr>
      </w:pPr>
    </w:p>
    <w:p w14:paraId="35E20E41" w14:textId="77777777" w:rsidR="00E340A3" w:rsidRPr="00E340A3" w:rsidRDefault="00E340A3" w:rsidP="00E340A3">
      <w:pPr>
        <w:widowControl w:val="0"/>
        <w:autoSpaceDE w:val="0"/>
        <w:autoSpaceDN w:val="0"/>
        <w:spacing w:after="0" w:line="240" w:lineRule="auto"/>
        <w:rPr>
          <w:rFonts w:ascii="Arial" w:eastAsia="Verdana" w:hAnsi="Arial" w:cs="Arial"/>
          <w:sz w:val="24"/>
        </w:rPr>
      </w:pPr>
      <w:r w:rsidRPr="00E340A3">
        <w:rPr>
          <w:rFonts w:ascii="Arial" w:eastAsia="Verdana" w:hAnsi="Arial" w:cs="Arial"/>
          <w:sz w:val="24"/>
        </w:rPr>
        <w:t xml:space="preserve">Copyright © 2024 NASPM </w:t>
      </w:r>
    </w:p>
    <w:p w14:paraId="3C499DDE" w14:textId="77777777" w:rsidR="00E340A3" w:rsidRPr="00E340A3" w:rsidRDefault="00E340A3" w:rsidP="00E340A3">
      <w:pPr>
        <w:widowControl w:val="0"/>
        <w:autoSpaceDE w:val="0"/>
        <w:autoSpaceDN w:val="0"/>
        <w:spacing w:after="0" w:line="240" w:lineRule="auto"/>
        <w:rPr>
          <w:rFonts w:ascii="Arial" w:eastAsia="Verdana" w:hAnsi="Arial" w:cs="Arial"/>
          <w:sz w:val="24"/>
        </w:rPr>
      </w:pPr>
    </w:p>
    <w:p w14:paraId="6F3A27B6" w14:textId="77777777" w:rsidR="00E340A3" w:rsidRPr="00E340A3" w:rsidRDefault="00E340A3" w:rsidP="00E340A3">
      <w:pPr>
        <w:widowControl w:val="0"/>
        <w:autoSpaceDE w:val="0"/>
        <w:autoSpaceDN w:val="0"/>
        <w:spacing w:after="0" w:line="240" w:lineRule="auto"/>
        <w:rPr>
          <w:rFonts w:ascii="Arial" w:eastAsia="Verdana" w:hAnsi="Arial" w:cs="Arial"/>
          <w:sz w:val="24"/>
        </w:rPr>
      </w:pPr>
      <w:r w:rsidRPr="00E340A3">
        <w:rPr>
          <w:rFonts w:ascii="Arial" w:eastAsia="Verdana" w:hAnsi="Arial" w:cs="Arial"/>
          <w:sz w:val="24"/>
        </w:rPr>
        <w:t xml:space="preserve">All rights reserved.  </w:t>
      </w:r>
    </w:p>
    <w:p w14:paraId="251257B2" w14:textId="77777777" w:rsidR="00E340A3" w:rsidRPr="00E340A3" w:rsidRDefault="00E340A3" w:rsidP="00E340A3">
      <w:pPr>
        <w:widowControl w:val="0"/>
        <w:autoSpaceDE w:val="0"/>
        <w:autoSpaceDN w:val="0"/>
        <w:spacing w:after="0" w:line="240" w:lineRule="auto"/>
        <w:rPr>
          <w:rFonts w:ascii="Arial" w:eastAsia="Verdana" w:hAnsi="Arial" w:cs="Arial"/>
          <w:sz w:val="24"/>
        </w:rPr>
      </w:pPr>
    </w:p>
    <w:p w14:paraId="4BBB14C4" w14:textId="77777777" w:rsidR="00E340A3" w:rsidRPr="00E340A3" w:rsidRDefault="00E340A3" w:rsidP="00E340A3">
      <w:pPr>
        <w:widowControl w:val="0"/>
        <w:autoSpaceDE w:val="0"/>
        <w:autoSpaceDN w:val="0"/>
        <w:spacing w:after="0" w:line="240" w:lineRule="auto"/>
        <w:rPr>
          <w:rFonts w:ascii="Arial" w:eastAsia="Verdana" w:hAnsi="Arial" w:cs="Arial"/>
          <w:sz w:val="24"/>
        </w:rPr>
      </w:pPr>
      <w:r w:rsidRPr="00E340A3">
        <w:rPr>
          <w:rFonts w:ascii="Arial" w:eastAsia="Verdana"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63187985" w14:textId="77777777" w:rsidR="00E340A3" w:rsidRPr="00E340A3" w:rsidRDefault="00E340A3" w:rsidP="00E340A3">
      <w:pPr>
        <w:widowControl w:val="0"/>
        <w:autoSpaceDE w:val="0"/>
        <w:autoSpaceDN w:val="0"/>
        <w:spacing w:after="0" w:line="240" w:lineRule="auto"/>
        <w:rPr>
          <w:rFonts w:ascii="Arial" w:eastAsia="Verdana" w:hAnsi="Arial" w:cs="Arial"/>
          <w:sz w:val="24"/>
        </w:rPr>
      </w:pPr>
    </w:p>
    <w:p w14:paraId="3CFAC6BF" w14:textId="77777777" w:rsidR="00E340A3" w:rsidRPr="00E340A3" w:rsidRDefault="00E340A3" w:rsidP="00E340A3">
      <w:pPr>
        <w:widowControl w:val="0"/>
        <w:autoSpaceDE w:val="0"/>
        <w:autoSpaceDN w:val="0"/>
        <w:spacing w:before="122" w:after="0" w:line="240" w:lineRule="auto"/>
        <w:rPr>
          <w:rFonts w:ascii="Calibri" w:eastAsia="Verdana" w:hAnsi="Calibri" w:cs="Verdana"/>
          <w:sz w:val="24"/>
          <w:szCs w:val="24"/>
        </w:rPr>
      </w:pPr>
      <w:r w:rsidRPr="00E340A3">
        <w:rPr>
          <w:rFonts w:ascii="Arial" w:eastAsia="Verdana" w:hAnsi="Arial" w:cs="Arial"/>
          <w:sz w:val="24"/>
          <w:szCs w:val="20"/>
        </w:rPr>
        <w:t>Should membership terminate, no part of any NASPM document may be used, reproduced, distributed or transmitted by any individual, school, or organisation</w:t>
      </w:r>
    </w:p>
    <w:p w14:paraId="250B85B4" w14:textId="77777777" w:rsidR="00E340A3" w:rsidRPr="001F68C3" w:rsidRDefault="00E340A3" w:rsidP="0092476A">
      <w:pPr>
        <w:spacing w:after="0"/>
        <w:rPr>
          <w:rFonts w:ascii="Arial" w:hAnsi="Arial" w:cs="Arial"/>
          <w:b/>
          <w:bCs/>
          <w:sz w:val="28"/>
          <w:szCs w:val="28"/>
        </w:rPr>
      </w:pPr>
    </w:p>
    <w:sectPr w:rsidR="00E340A3" w:rsidRPr="001F68C3" w:rsidSect="00D83624">
      <w:headerReference w:type="default" r:id="rId13"/>
      <w:footerReference w:type="default" r:id="rId14"/>
      <w:pgSz w:w="12240" w:h="15840"/>
      <w:pgMar w:top="1134"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5B22A" w14:textId="77777777" w:rsidR="00357E5D" w:rsidRPr="00E340A3" w:rsidRDefault="00357E5D" w:rsidP="00D83624">
      <w:pPr>
        <w:spacing w:after="0" w:line="240" w:lineRule="auto"/>
      </w:pPr>
      <w:r w:rsidRPr="00E340A3">
        <w:separator/>
      </w:r>
    </w:p>
  </w:endnote>
  <w:endnote w:type="continuationSeparator" w:id="0">
    <w:p w14:paraId="150C9110" w14:textId="77777777" w:rsidR="00357E5D" w:rsidRPr="00E340A3" w:rsidRDefault="00357E5D" w:rsidP="00D83624">
      <w:pPr>
        <w:spacing w:after="0" w:line="240" w:lineRule="auto"/>
      </w:pPr>
      <w:r w:rsidRPr="00E340A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2886053"/>
      <w:docPartObj>
        <w:docPartGallery w:val="Page Numbers (Bottom of Page)"/>
        <w:docPartUnique/>
      </w:docPartObj>
    </w:sdtPr>
    <w:sdtEndPr>
      <w:rPr>
        <w:rFonts w:ascii="Arial" w:hAnsi="Arial" w:cs="Arial"/>
        <w:color w:val="7F7F7F"/>
        <w:spacing w:val="60"/>
        <w:sz w:val="24"/>
        <w:szCs w:val="24"/>
      </w:rPr>
    </w:sdtEndPr>
    <w:sdtContent>
      <w:p w14:paraId="56967D78" w14:textId="69816AE8" w:rsidR="00E216B8" w:rsidRPr="00E340A3" w:rsidRDefault="00E216B8" w:rsidP="00014521">
        <w:pPr>
          <w:pStyle w:val="Footer"/>
          <w:pBdr>
            <w:top w:val="single" w:sz="4" w:space="1" w:color="D9D9D9"/>
          </w:pBdr>
          <w:tabs>
            <w:tab w:val="clear" w:pos="4680"/>
            <w:tab w:val="clear" w:pos="9360"/>
          </w:tabs>
          <w:rPr>
            <w:rFonts w:ascii="Arial" w:hAnsi="Arial" w:cs="Arial"/>
            <w:b/>
            <w:bCs/>
            <w:sz w:val="24"/>
            <w:szCs w:val="24"/>
          </w:rPr>
        </w:pPr>
        <w:r w:rsidRPr="00E340A3">
          <w:rPr>
            <w:rFonts w:ascii="Arial" w:hAnsi="Arial" w:cs="Arial"/>
            <w:sz w:val="24"/>
            <w:szCs w:val="24"/>
          </w:rPr>
          <w:fldChar w:fldCharType="begin"/>
        </w:r>
        <w:r w:rsidRPr="00E340A3">
          <w:rPr>
            <w:rFonts w:ascii="Arial" w:hAnsi="Arial" w:cs="Arial"/>
            <w:sz w:val="24"/>
            <w:szCs w:val="24"/>
          </w:rPr>
          <w:instrText xml:space="preserve"> PAGE   \* MERGEFORMAT </w:instrText>
        </w:r>
        <w:r w:rsidRPr="00E340A3">
          <w:rPr>
            <w:rFonts w:ascii="Arial" w:hAnsi="Arial" w:cs="Arial"/>
            <w:sz w:val="24"/>
            <w:szCs w:val="24"/>
          </w:rPr>
          <w:fldChar w:fldCharType="separate"/>
        </w:r>
        <w:r w:rsidRPr="00E340A3">
          <w:rPr>
            <w:rFonts w:ascii="Arial" w:hAnsi="Arial" w:cs="Arial"/>
            <w:b/>
            <w:bCs/>
            <w:sz w:val="24"/>
            <w:szCs w:val="24"/>
          </w:rPr>
          <w:t>2</w:t>
        </w:r>
        <w:r w:rsidRPr="00E340A3">
          <w:rPr>
            <w:rFonts w:ascii="Arial" w:hAnsi="Arial" w:cs="Arial"/>
            <w:b/>
            <w:bCs/>
            <w:sz w:val="24"/>
            <w:szCs w:val="24"/>
          </w:rPr>
          <w:fldChar w:fldCharType="end"/>
        </w:r>
        <w:r w:rsidRPr="00E340A3">
          <w:rPr>
            <w:rFonts w:ascii="Arial" w:hAnsi="Arial" w:cs="Arial"/>
            <w:b/>
            <w:bCs/>
            <w:sz w:val="24"/>
            <w:szCs w:val="24"/>
          </w:rPr>
          <w:t xml:space="preserve"> | </w:t>
        </w:r>
        <w:r w:rsidRPr="00E340A3">
          <w:rPr>
            <w:rFonts w:ascii="Arial" w:hAnsi="Arial" w:cs="Arial"/>
            <w:color w:val="7F7F7F"/>
            <w:spacing w:val="60"/>
            <w:sz w:val="24"/>
            <w:szCs w:val="24"/>
          </w:rPr>
          <w:t>Page</w:t>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Pr="00E340A3">
          <w:rPr>
            <w:rFonts w:ascii="Arial" w:hAnsi="Arial" w:cs="Arial"/>
            <w:color w:val="7F7F7F"/>
            <w:spacing w:val="60"/>
            <w:sz w:val="24"/>
            <w:szCs w:val="24"/>
          </w:rPr>
          <w:tab/>
        </w:r>
        <w:r w:rsidR="001F594A" w:rsidRPr="00E340A3">
          <w:rPr>
            <w:rFonts w:ascii="Arial" w:hAnsi="Arial" w:cs="Arial"/>
            <w:color w:val="7F7F7F"/>
            <w:spacing w:val="60"/>
            <w:sz w:val="24"/>
            <w:szCs w:val="24"/>
          </w:rPr>
          <w:t xml:space="preserve">     w</w:t>
        </w:r>
        <w:r w:rsidRPr="00E340A3">
          <w:rPr>
            <w:rFonts w:ascii="Arial" w:hAnsi="Arial" w:cs="Arial"/>
            <w:color w:val="7F7F7F"/>
            <w:spacing w:val="60"/>
            <w:sz w:val="24"/>
            <w:szCs w:val="24"/>
          </w:rPr>
          <w:t>ww</w:t>
        </w:r>
        <w:r w:rsidR="001F594A" w:rsidRPr="00E340A3">
          <w:rPr>
            <w:rFonts w:ascii="Arial" w:hAnsi="Arial" w:cs="Arial"/>
            <w:color w:val="7F7F7F"/>
            <w:spacing w:val="60"/>
            <w:sz w:val="24"/>
            <w:szCs w:val="24"/>
          </w:rPr>
          <w:t>.naspm.co.uk</w:t>
        </w:r>
      </w:p>
    </w:sdtContent>
  </w:sdt>
  <w:p w14:paraId="4DE11A9A" w14:textId="77777777" w:rsidR="00E216B8" w:rsidRPr="00E340A3" w:rsidRDefault="00E216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5EDC7" w14:textId="77777777" w:rsidR="00357E5D" w:rsidRPr="00E340A3" w:rsidRDefault="00357E5D" w:rsidP="00D83624">
      <w:pPr>
        <w:spacing w:after="0" w:line="240" w:lineRule="auto"/>
      </w:pPr>
      <w:r w:rsidRPr="00E340A3">
        <w:separator/>
      </w:r>
    </w:p>
  </w:footnote>
  <w:footnote w:type="continuationSeparator" w:id="0">
    <w:p w14:paraId="69161B9D" w14:textId="77777777" w:rsidR="00357E5D" w:rsidRPr="00E340A3" w:rsidRDefault="00357E5D" w:rsidP="00D83624">
      <w:pPr>
        <w:spacing w:after="0" w:line="240" w:lineRule="auto"/>
      </w:pPr>
      <w:r w:rsidRPr="00E340A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B17D0" w14:textId="36F57B4E" w:rsidR="00D83624" w:rsidRPr="00E340A3" w:rsidRDefault="00D83624" w:rsidP="001001AD">
    <w:pPr>
      <w:pStyle w:val="Header"/>
      <w:tabs>
        <w:tab w:val="clear" w:pos="4680"/>
        <w:tab w:val="clear" w:pos="9360"/>
      </w:tabs>
      <w:rPr>
        <w:rFonts w:ascii="Arial" w:hAnsi="Arial" w:cs="Arial"/>
        <w:sz w:val="24"/>
        <w:szCs w:val="24"/>
      </w:rPr>
    </w:pPr>
    <w:r w:rsidRPr="00E340A3">
      <w:rPr>
        <w:rFonts w:ascii="Arial" w:hAnsi="Arial" w:cs="Arial"/>
        <w:sz w:val="24"/>
        <w:szCs w:val="24"/>
      </w:rPr>
      <w:t xml:space="preserve">Document </w:t>
    </w:r>
    <w:r w:rsidR="001001AD" w:rsidRPr="00E340A3">
      <w:rPr>
        <w:rFonts w:ascii="Arial" w:hAnsi="Arial" w:cs="Arial"/>
        <w:sz w:val="24"/>
        <w:szCs w:val="24"/>
      </w:rPr>
      <w:t>144</w:t>
    </w:r>
    <w:r w:rsidR="001001AD" w:rsidRPr="00E340A3">
      <w:rPr>
        <w:rFonts w:ascii="Arial" w:hAnsi="Arial" w:cs="Arial"/>
        <w:sz w:val="24"/>
        <w:szCs w:val="24"/>
      </w:rPr>
      <w:tab/>
    </w:r>
    <w:r w:rsidR="001001AD" w:rsidRPr="00E340A3">
      <w:rPr>
        <w:rFonts w:ascii="Arial" w:hAnsi="Arial" w:cs="Arial"/>
        <w:sz w:val="24"/>
        <w:szCs w:val="24"/>
      </w:rPr>
      <w:tab/>
    </w:r>
    <w:r w:rsidR="001001AD" w:rsidRPr="00E340A3">
      <w:rPr>
        <w:rFonts w:ascii="Arial" w:hAnsi="Arial" w:cs="Arial"/>
        <w:sz w:val="24"/>
        <w:szCs w:val="24"/>
      </w:rPr>
      <w:tab/>
    </w:r>
    <w:r w:rsidR="001001AD" w:rsidRPr="00E340A3">
      <w:rPr>
        <w:rFonts w:ascii="Arial" w:hAnsi="Arial" w:cs="Arial"/>
        <w:sz w:val="24"/>
        <w:szCs w:val="24"/>
      </w:rPr>
      <w:tab/>
    </w:r>
    <w:r w:rsidR="001001AD" w:rsidRPr="00E340A3">
      <w:rPr>
        <w:rFonts w:ascii="Arial" w:hAnsi="Arial" w:cs="Arial"/>
        <w:sz w:val="24"/>
        <w:szCs w:val="24"/>
      </w:rPr>
      <w:tab/>
    </w:r>
    <w:r w:rsidR="001001AD" w:rsidRPr="00E340A3">
      <w:rPr>
        <w:rFonts w:ascii="Arial" w:hAnsi="Arial" w:cs="Arial"/>
        <w:sz w:val="24"/>
        <w:szCs w:val="24"/>
      </w:rPr>
      <w:tab/>
    </w:r>
    <w:r w:rsidR="00F8075A" w:rsidRPr="00E340A3">
      <w:rPr>
        <w:rFonts w:ascii="Arial" w:hAnsi="Arial" w:cs="Arial"/>
        <w:sz w:val="24"/>
        <w:szCs w:val="24"/>
      </w:rPr>
      <w:t xml:space="preserve">    </w:t>
    </w:r>
    <w:r w:rsidR="00E216B8" w:rsidRPr="00E340A3">
      <w:rPr>
        <w:rFonts w:ascii="Arial" w:hAnsi="Arial" w:cs="Arial"/>
        <w:sz w:val="24"/>
        <w:szCs w:val="24"/>
      </w:rPr>
      <w:t xml:space="preserve">   </w:t>
    </w:r>
    <w:r w:rsidR="00F8075A" w:rsidRPr="00E340A3">
      <w:rPr>
        <w:noProof/>
      </w:rPr>
      <w:drawing>
        <wp:inline distT="0" distB="0" distL="0" distR="0" wp14:anchorId="2093BBA3" wp14:editId="5E921396">
          <wp:extent cx="2343150" cy="609600"/>
          <wp:effectExtent l="0" t="0" r="0" b="0"/>
          <wp:docPr id="1370948502" name="Picture 1" descr="A group of yellow letters and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948502" name="Picture 1" descr="A group of yellow letters and blu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315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89D6C65"/>
    <w:multiLevelType w:val="hybridMultilevel"/>
    <w:tmpl w:val="7EC0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0F3E03"/>
    <w:multiLevelType w:val="hybridMultilevel"/>
    <w:tmpl w:val="C53E6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A62D4C"/>
    <w:multiLevelType w:val="hybridMultilevel"/>
    <w:tmpl w:val="0D46A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7B7016"/>
    <w:multiLevelType w:val="hybridMultilevel"/>
    <w:tmpl w:val="84BCA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97D757B"/>
    <w:multiLevelType w:val="hybridMultilevel"/>
    <w:tmpl w:val="71149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33198130">
    <w:abstractNumId w:val="8"/>
  </w:num>
  <w:num w:numId="2" w16cid:durableId="668145006">
    <w:abstractNumId w:val="6"/>
  </w:num>
  <w:num w:numId="3" w16cid:durableId="959264909">
    <w:abstractNumId w:val="5"/>
  </w:num>
  <w:num w:numId="4" w16cid:durableId="1841921366">
    <w:abstractNumId w:val="4"/>
  </w:num>
  <w:num w:numId="5" w16cid:durableId="951786297">
    <w:abstractNumId w:val="7"/>
  </w:num>
  <w:num w:numId="6" w16cid:durableId="905528001">
    <w:abstractNumId w:val="3"/>
  </w:num>
  <w:num w:numId="7" w16cid:durableId="329800381">
    <w:abstractNumId w:val="2"/>
  </w:num>
  <w:num w:numId="8" w16cid:durableId="1208176708">
    <w:abstractNumId w:val="1"/>
  </w:num>
  <w:num w:numId="9" w16cid:durableId="1101533604">
    <w:abstractNumId w:val="0"/>
  </w:num>
  <w:num w:numId="10" w16cid:durableId="832180976">
    <w:abstractNumId w:val="10"/>
  </w:num>
  <w:num w:numId="11" w16cid:durableId="924991360">
    <w:abstractNumId w:val="12"/>
  </w:num>
  <w:num w:numId="12" w16cid:durableId="813720654">
    <w:abstractNumId w:val="11"/>
  </w:num>
  <w:num w:numId="13" w16cid:durableId="482435444">
    <w:abstractNumId w:val="13"/>
  </w:num>
  <w:num w:numId="14" w16cid:durableId="4329418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4521"/>
    <w:rsid w:val="00034616"/>
    <w:rsid w:val="00045016"/>
    <w:rsid w:val="0006063C"/>
    <w:rsid w:val="00063691"/>
    <w:rsid w:val="000670B2"/>
    <w:rsid w:val="000A587B"/>
    <w:rsid w:val="000A71A0"/>
    <w:rsid w:val="001001AD"/>
    <w:rsid w:val="001015A8"/>
    <w:rsid w:val="0015074B"/>
    <w:rsid w:val="00154340"/>
    <w:rsid w:val="00160FC1"/>
    <w:rsid w:val="001A4F2C"/>
    <w:rsid w:val="001C561E"/>
    <w:rsid w:val="001D6053"/>
    <w:rsid w:val="001E55CC"/>
    <w:rsid w:val="001F594A"/>
    <w:rsid w:val="001F68C3"/>
    <w:rsid w:val="002305EC"/>
    <w:rsid w:val="0023425A"/>
    <w:rsid w:val="002942A9"/>
    <w:rsid w:val="0029639D"/>
    <w:rsid w:val="002A2476"/>
    <w:rsid w:val="002D71E8"/>
    <w:rsid w:val="00326F90"/>
    <w:rsid w:val="00355D8E"/>
    <w:rsid w:val="00357E5D"/>
    <w:rsid w:val="003722C8"/>
    <w:rsid w:val="00382056"/>
    <w:rsid w:val="0038259C"/>
    <w:rsid w:val="00384819"/>
    <w:rsid w:val="003E4D88"/>
    <w:rsid w:val="004049A9"/>
    <w:rsid w:val="00406E0F"/>
    <w:rsid w:val="00407A80"/>
    <w:rsid w:val="00496ECF"/>
    <w:rsid w:val="004B2282"/>
    <w:rsid w:val="004F45D7"/>
    <w:rsid w:val="00507F59"/>
    <w:rsid w:val="00527D1C"/>
    <w:rsid w:val="00543C40"/>
    <w:rsid w:val="00552AAB"/>
    <w:rsid w:val="00581734"/>
    <w:rsid w:val="005E44D8"/>
    <w:rsid w:val="006F1AC4"/>
    <w:rsid w:val="006F4BC5"/>
    <w:rsid w:val="007018B4"/>
    <w:rsid w:val="00761EFC"/>
    <w:rsid w:val="007625CA"/>
    <w:rsid w:val="007A031F"/>
    <w:rsid w:val="007B76B4"/>
    <w:rsid w:val="007F11B8"/>
    <w:rsid w:val="007F2C31"/>
    <w:rsid w:val="007F540B"/>
    <w:rsid w:val="007F6376"/>
    <w:rsid w:val="008340D3"/>
    <w:rsid w:val="008B22B4"/>
    <w:rsid w:val="008C1AD5"/>
    <w:rsid w:val="008E7B42"/>
    <w:rsid w:val="00905CEB"/>
    <w:rsid w:val="0092476A"/>
    <w:rsid w:val="00960DF1"/>
    <w:rsid w:val="009660D4"/>
    <w:rsid w:val="009733FF"/>
    <w:rsid w:val="0098180E"/>
    <w:rsid w:val="009D13E3"/>
    <w:rsid w:val="00A23EE5"/>
    <w:rsid w:val="00AA0749"/>
    <w:rsid w:val="00AA1D8D"/>
    <w:rsid w:val="00B0762E"/>
    <w:rsid w:val="00B13B65"/>
    <w:rsid w:val="00B47730"/>
    <w:rsid w:val="00B60D60"/>
    <w:rsid w:val="00BA30A6"/>
    <w:rsid w:val="00BA4739"/>
    <w:rsid w:val="00BC5B5E"/>
    <w:rsid w:val="00C52A5D"/>
    <w:rsid w:val="00C8015C"/>
    <w:rsid w:val="00CB0664"/>
    <w:rsid w:val="00CB0D3D"/>
    <w:rsid w:val="00CC3791"/>
    <w:rsid w:val="00D67AF3"/>
    <w:rsid w:val="00D83624"/>
    <w:rsid w:val="00DD13DE"/>
    <w:rsid w:val="00DD1C79"/>
    <w:rsid w:val="00E216B8"/>
    <w:rsid w:val="00E340A3"/>
    <w:rsid w:val="00E544A4"/>
    <w:rsid w:val="00E64621"/>
    <w:rsid w:val="00E67C0D"/>
    <w:rsid w:val="00EC0E08"/>
    <w:rsid w:val="00ED150F"/>
    <w:rsid w:val="00ED3666"/>
    <w:rsid w:val="00F3614E"/>
    <w:rsid w:val="00F8075A"/>
    <w:rsid w:val="00F87174"/>
    <w:rsid w:val="00FC693F"/>
    <w:rsid w:val="00FD66F3"/>
    <w:rsid w:val="00FE13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605ED3"/>
  <w14:defaultImageDpi w14:val="300"/>
  <w15:docId w15:val="{0DA41EF5-4842-4896-984E-99EAD4EE3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GB"/>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Grid1">
    <w:name w:val="Table Grid1"/>
    <w:basedOn w:val="TableNormal"/>
    <w:next w:val="TableGrid"/>
    <w:uiPriority w:val="39"/>
    <w:rsid w:val="00C52A5D"/>
    <w:pPr>
      <w:spacing w:after="0" w:line="240" w:lineRule="auto"/>
    </w:pPr>
    <w:rPr>
      <w:rFonts w:eastAsia="Calibr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c8ab647b-d734-4619-829d-8f4c2f93c62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cba63a0fe229cc83229580f3777807e6">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5d6362220ece7720e4f5661db7b35a6e"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39972F-76CE-41A3-866D-F1473027C847}">
  <ds:schemaRefs>
    <ds:schemaRef ds:uri="http://schemas.microsoft.com/sharepoint/v3/contenttype/forms"/>
  </ds:schemaRefs>
</ds:datastoreItem>
</file>

<file path=customXml/itemProps2.xml><?xml version="1.0" encoding="utf-8"?>
<ds:datastoreItem xmlns:ds="http://schemas.openxmlformats.org/officeDocument/2006/customXml" ds:itemID="{524FB804-075E-40F2-AB4F-658D8A06D7DC}">
  <ds:schemaRefs>
    <ds:schemaRef ds:uri="http://www.w3.org/XML/1998/namespace"/>
    <ds:schemaRef ds:uri="http://schemas.openxmlformats.org/package/2006/metadata/core-properties"/>
    <ds:schemaRef ds:uri="http://schemas.microsoft.com/office/2006/metadata/properties"/>
    <ds:schemaRef ds:uri="http://purl.org/dc/elements/1.1/"/>
    <ds:schemaRef ds:uri="http://schemas.microsoft.com/office/2006/documentManagement/types"/>
    <ds:schemaRef ds:uri="c8ab647b-d734-4619-829d-8f4c2f93c621"/>
    <ds:schemaRef ds:uri="http://schemas.microsoft.com/sharepoint/v3"/>
    <ds:schemaRef ds:uri="http://purl.org/dc/dcmitype/"/>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4.xml><?xml version="1.0" encoding="utf-8"?>
<ds:datastoreItem xmlns:ds="http://schemas.openxmlformats.org/officeDocument/2006/customXml" ds:itemID="{7B726538-2F82-465E-82C6-FFDB2135F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368</Words>
  <Characters>2102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Denise Garner</cp:lastModifiedBy>
  <cp:revision>2</cp:revision>
  <dcterms:created xsi:type="dcterms:W3CDTF">2025-11-28T14:07:00Z</dcterms:created>
  <dcterms:modified xsi:type="dcterms:W3CDTF">2025-11-28T14:07:00Z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